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8100D1" w14:textId="77777777" w:rsidR="00FF4D6B" w:rsidRDefault="000A6740">
      <w:pPr>
        <w:jc w:val="center"/>
      </w:pPr>
      <w:r>
        <w:rPr>
          <w:noProof/>
        </w:rPr>
        <w:drawing>
          <wp:inline distT="0" distB="0" distL="0" distR="0" wp14:anchorId="473EE7E4" wp14:editId="535302C6">
            <wp:extent cx="2011680" cy="20116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clean_bold_sports_logo_emblem_illustration_on_w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B9413" w14:textId="77777777" w:rsidR="000C31E4" w:rsidRDefault="000A6740" w:rsidP="000A6740">
      <w:pPr>
        <w:snapToGrid w:val="0"/>
        <w:spacing w:line="240" w:lineRule="auto"/>
        <w:contextualSpacing/>
        <w:jc w:val="center"/>
        <w:rPr>
          <w:b/>
          <w:sz w:val="40"/>
        </w:rPr>
      </w:pPr>
      <w:r>
        <w:rPr>
          <w:b/>
          <w:sz w:val="40"/>
        </w:rPr>
        <w:t>CT Diamond Development Summer League</w:t>
      </w:r>
    </w:p>
    <w:p w14:paraId="6709471D" w14:textId="0671FE52" w:rsidR="00FF4D6B" w:rsidRPr="000A6740" w:rsidRDefault="000A6740" w:rsidP="000A6740">
      <w:pPr>
        <w:snapToGrid w:val="0"/>
        <w:spacing w:line="240" w:lineRule="auto"/>
        <w:contextualSpacing/>
        <w:jc w:val="center"/>
        <w:rPr>
          <w:b/>
          <w:sz w:val="40"/>
        </w:rPr>
      </w:pPr>
      <w:r>
        <w:rPr>
          <w:b/>
          <w:sz w:val="40"/>
        </w:rPr>
        <w:t xml:space="preserve"> (CTDDSL)</w:t>
      </w:r>
      <w:r>
        <w:rPr>
          <w:b/>
          <w:sz w:val="40"/>
        </w:rPr>
        <w:br/>
      </w:r>
      <w:r>
        <w:rPr>
          <w:b/>
          <w:sz w:val="32"/>
        </w:rPr>
        <w:t>Member Town Application</w:t>
      </w:r>
    </w:p>
    <w:p w14:paraId="6032E51A" w14:textId="77777777" w:rsidR="000A6740" w:rsidRDefault="000A6740"/>
    <w:p w14:paraId="36F897DB" w14:textId="5E363242" w:rsidR="00FF4D6B" w:rsidRDefault="000A6740">
      <w:r>
        <w:t>This application must be completed and submitted by participating towns for inclusion in the CT Diamond Development Summer League (CTDDSL). All information must be complete and accurate.</w:t>
      </w:r>
    </w:p>
    <w:p w14:paraId="79E6906F" w14:textId="77777777" w:rsidR="00FF4D6B" w:rsidRDefault="000A6740">
      <w:r>
        <w:rPr>
          <w:b/>
        </w:rPr>
        <w:t>Submission Deadline: June 11, 2026</w:t>
      </w:r>
      <w:r>
        <w:rPr>
          <w:b/>
        </w:rPr>
        <w:br/>
      </w:r>
      <w:r>
        <w:t>Submit completed applications to: little.league01@cox.net</w:t>
      </w:r>
    </w:p>
    <w:p w14:paraId="1D3FF766" w14:textId="77777777" w:rsidR="00FF4D6B" w:rsidRDefault="000A6740">
      <w:pPr>
        <w:pStyle w:val="Heading1"/>
      </w:pPr>
      <w:r>
        <w:t>Town Information</w:t>
      </w:r>
    </w:p>
    <w:p w14:paraId="3A02CE4F" w14:textId="39E61272" w:rsidR="00FF4D6B" w:rsidRDefault="000A6740">
      <w:pPr>
        <w:pStyle w:val="ListBullet"/>
      </w:pPr>
      <w:r>
        <w:t xml:space="preserve">Name of Town: </w:t>
      </w:r>
      <w:sdt>
        <w:sdtPr>
          <w:id w:val="1329095526"/>
          <w:placeholder>
            <w:docPart w:val="DefaultPlaceholder_-1854013440"/>
          </w:placeholder>
          <w:showingPlcHdr/>
          <w:text/>
        </w:sdtPr>
        <w:sdtEndPr/>
        <w:sdtContent>
          <w:r w:rsidR="00050EE5" w:rsidRPr="00411F03">
            <w:rPr>
              <w:rStyle w:val="PlaceholderText"/>
            </w:rPr>
            <w:t>Click or tap here to enter text.</w:t>
          </w:r>
        </w:sdtContent>
      </w:sdt>
    </w:p>
    <w:p w14:paraId="18B186C4" w14:textId="0CB6A480" w:rsidR="00FF4D6B" w:rsidRDefault="000A6740">
      <w:pPr>
        <w:pStyle w:val="ListBullet"/>
      </w:pPr>
      <w:r>
        <w:t xml:space="preserve">District: </w:t>
      </w:r>
      <w:sdt>
        <w:sdtPr>
          <w:id w:val="-905756248"/>
          <w:placeholder>
            <w:docPart w:val="DefaultPlaceholder_-1854013440"/>
          </w:placeholder>
          <w:showingPlcHdr/>
          <w:text/>
        </w:sdtPr>
        <w:sdtEndPr/>
        <w:sdtContent>
          <w:r w:rsidR="00050EE5" w:rsidRPr="00411F03">
            <w:rPr>
              <w:rStyle w:val="PlaceholderText"/>
            </w:rPr>
            <w:t>Click or tap here to enter text.</w:t>
          </w:r>
        </w:sdtContent>
      </w:sdt>
    </w:p>
    <w:p w14:paraId="6D8BCD6A" w14:textId="715C2DB7" w:rsidR="00FF4D6B" w:rsidRDefault="000A6740">
      <w:pPr>
        <w:pStyle w:val="ListBullet"/>
      </w:pPr>
      <w:r>
        <w:t xml:space="preserve">Town Coordinator Name: </w:t>
      </w:r>
      <w:sdt>
        <w:sdtPr>
          <w:id w:val="1997991311"/>
          <w:placeholder>
            <w:docPart w:val="DefaultPlaceholder_-1854013440"/>
          </w:placeholder>
          <w:showingPlcHdr/>
          <w:text/>
        </w:sdtPr>
        <w:sdtEndPr/>
        <w:sdtContent>
          <w:r w:rsidR="00050EE5" w:rsidRPr="00411F03">
            <w:rPr>
              <w:rStyle w:val="PlaceholderText"/>
            </w:rPr>
            <w:t>Click or tap here to enter text.</w:t>
          </w:r>
        </w:sdtContent>
      </w:sdt>
    </w:p>
    <w:p w14:paraId="27544EE6" w14:textId="1D5069EF" w:rsidR="00FF4D6B" w:rsidRDefault="000A6740">
      <w:pPr>
        <w:pStyle w:val="ListBullet"/>
      </w:pPr>
      <w:r>
        <w:t xml:space="preserve">Town Coordinator Phone: </w:t>
      </w:r>
      <w:sdt>
        <w:sdtPr>
          <w:id w:val="1918982170"/>
          <w:placeholder>
            <w:docPart w:val="DefaultPlaceholder_-1854013440"/>
          </w:placeholder>
          <w:showingPlcHdr/>
          <w:text/>
        </w:sdtPr>
        <w:sdtEndPr/>
        <w:sdtContent>
          <w:r w:rsidR="00050EE5" w:rsidRPr="00411F03">
            <w:rPr>
              <w:rStyle w:val="PlaceholderText"/>
            </w:rPr>
            <w:t>Click or tap here to enter text.</w:t>
          </w:r>
        </w:sdtContent>
      </w:sdt>
    </w:p>
    <w:p w14:paraId="68639CE7" w14:textId="4068252D" w:rsidR="00FF4D6B" w:rsidRDefault="000A6740">
      <w:pPr>
        <w:pStyle w:val="ListBullet"/>
      </w:pPr>
      <w:r>
        <w:t xml:space="preserve">Town Coordinator Email: </w:t>
      </w:r>
      <w:sdt>
        <w:sdtPr>
          <w:id w:val="-1387562003"/>
          <w:placeholder>
            <w:docPart w:val="DefaultPlaceholder_-1854013440"/>
          </w:placeholder>
          <w:showingPlcHdr/>
          <w:text/>
        </w:sdtPr>
        <w:sdtEndPr/>
        <w:sdtContent>
          <w:r w:rsidR="00050EE5" w:rsidRPr="00411F03">
            <w:rPr>
              <w:rStyle w:val="PlaceholderText"/>
            </w:rPr>
            <w:t>Click or tap here to enter text.</w:t>
          </w:r>
        </w:sdtContent>
      </w:sdt>
    </w:p>
    <w:p w14:paraId="50873178" w14:textId="77777777" w:rsidR="00FF4D6B" w:rsidRDefault="000A6740">
      <w:pPr>
        <w:pStyle w:val="Heading1"/>
      </w:pPr>
      <w:r>
        <w:t>Participation Approval</w:t>
      </w:r>
    </w:p>
    <w:p w14:paraId="6D81A37B" w14:textId="61C00006" w:rsidR="00FF4D6B" w:rsidRDefault="000A6740">
      <w:r>
        <w:t xml:space="preserve">District Administrative Participation Approval:    </w:t>
      </w:r>
      <w:sdt>
        <w:sdtPr>
          <w:id w:val="6275909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31E4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YES     </w:t>
      </w:r>
      <w:sdt>
        <w:sdtPr>
          <w:id w:val="1515179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31E4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NO</w:t>
      </w:r>
    </w:p>
    <w:p w14:paraId="21698C30" w14:textId="77777777" w:rsidR="00FF4D6B" w:rsidRDefault="000A6740">
      <w:pPr>
        <w:pStyle w:val="Heading1"/>
      </w:pPr>
      <w:r>
        <w:t>Team Participation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8"/>
        <w:gridCol w:w="2070"/>
      </w:tblGrid>
      <w:tr w:rsidR="00FF4D6B" w14:paraId="79B05B7B" w14:textId="77777777" w:rsidTr="00050EE5">
        <w:tc>
          <w:tcPr>
            <w:tcW w:w="1278" w:type="dxa"/>
          </w:tcPr>
          <w:p w14:paraId="6933D37E" w14:textId="77777777" w:rsidR="00FF4D6B" w:rsidRPr="00050EE5" w:rsidRDefault="000A6740">
            <w:pPr>
              <w:rPr>
                <w:b/>
                <w:bCs/>
              </w:rPr>
            </w:pPr>
            <w:r w:rsidRPr="00050EE5">
              <w:rPr>
                <w:b/>
                <w:bCs/>
              </w:rPr>
              <w:t>Division</w:t>
            </w:r>
          </w:p>
        </w:tc>
        <w:tc>
          <w:tcPr>
            <w:tcW w:w="2070" w:type="dxa"/>
          </w:tcPr>
          <w:p w14:paraId="0445829C" w14:textId="77777777" w:rsidR="00FF4D6B" w:rsidRPr="00050EE5" w:rsidRDefault="000A6740">
            <w:pPr>
              <w:rPr>
                <w:b/>
                <w:bCs/>
              </w:rPr>
            </w:pPr>
            <w:r w:rsidRPr="00050EE5">
              <w:rPr>
                <w:b/>
                <w:bCs/>
              </w:rPr>
              <w:t>Number of Teams</w:t>
            </w:r>
          </w:p>
        </w:tc>
      </w:tr>
      <w:tr w:rsidR="00FF4D6B" w14:paraId="700E3682" w14:textId="77777777" w:rsidTr="00050EE5">
        <w:tc>
          <w:tcPr>
            <w:tcW w:w="1278" w:type="dxa"/>
          </w:tcPr>
          <w:p w14:paraId="7DB28274" w14:textId="77777777" w:rsidR="00FF4D6B" w:rsidRDefault="000A6740">
            <w:r>
              <w:t>8U</w:t>
            </w:r>
          </w:p>
        </w:tc>
        <w:tc>
          <w:tcPr>
            <w:tcW w:w="2070" w:type="dxa"/>
          </w:tcPr>
          <w:p w14:paraId="4443973F" w14:textId="5B76A6FE" w:rsidR="00FF4D6B" w:rsidRDefault="00FF4D6B" w:rsidP="00050EE5">
            <w:pPr>
              <w:jc w:val="center"/>
            </w:pPr>
          </w:p>
        </w:tc>
      </w:tr>
      <w:tr w:rsidR="00FF4D6B" w14:paraId="47073578" w14:textId="77777777" w:rsidTr="00050EE5">
        <w:tc>
          <w:tcPr>
            <w:tcW w:w="1278" w:type="dxa"/>
          </w:tcPr>
          <w:p w14:paraId="6C4E0545" w14:textId="77777777" w:rsidR="00FF4D6B" w:rsidRDefault="000A6740">
            <w:r>
              <w:t>10U</w:t>
            </w:r>
          </w:p>
        </w:tc>
        <w:tc>
          <w:tcPr>
            <w:tcW w:w="2070" w:type="dxa"/>
          </w:tcPr>
          <w:p w14:paraId="082D2593" w14:textId="6034FDB3" w:rsidR="00FF4D6B" w:rsidRDefault="00FF4D6B" w:rsidP="00050EE5">
            <w:pPr>
              <w:jc w:val="center"/>
            </w:pPr>
          </w:p>
        </w:tc>
      </w:tr>
      <w:tr w:rsidR="00FF4D6B" w14:paraId="3033F906" w14:textId="77777777" w:rsidTr="00050EE5">
        <w:tc>
          <w:tcPr>
            <w:tcW w:w="1278" w:type="dxa"/>
          </w:tcPr>
          <w:p w14:paraId="7A9B17DA" w14:textId="77777777" w:rsidR="00FF4D6B" w:rsidRDefault="000A6740">
            <w:r>
              <w:t>12U</w:t>
            </w:r>
          </w:p>
        </w:tc>
        <w:tc>
          <w:tcPr>
            <w:tcW w:w="2070" w:type="dxa"/>
          </w:tcPr>
          <w:p w14:paraId="2AEF0F8A" w14:textId="0C7099C5" w:rsidR="00FF4D6B" w:rsidRDefault="00FF4D6B" w:rsidP="00050EE5">
            <w:pPr>
              <w:jc w:val="center"/>
            </w:pPr>
          </w:p>
        </w:tc>
      </w:tr>
    </w:tbl>
    <w:p w14:paraId="54E5377E" w14:textId="77777777" w:rsidR="00FF4D6B" w:rsidRDefault="00FF4D6B"/>
    <w:p w14:paraId="063B5F82" w14:textId="77777777" w:rsidR="000A6740" w:rsidRDefault="000A6740"/>
    <w:p w14:paraId="5858CD75" w14:textId="77777777" w:rsidR="000A6740" w:rsidRDefault="000A6740"/>
    <w:p w14:paraId="58CA04BE" w14:textId="77777777" w:rsidR="000A6740" w:rsidRDefault="000A6740"/>
    <w:p w14:paraId="738916F8" w14:textId="77777777" w:rsidR="000A6740" w:rsidRDefault="000A6740"/>
    <w:p w14:paraId="788EAE38" w14:textId="77777777" w:rsidR="00FF4D6B" w:rsidRDefault="000A6740">
      <w:pPr>
        <w:pStyle w:val="Heading1"/>
      </w:pPr>
      <w:r>
        <w:t>Team Staff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8"/>
        <w:gridCol w:w="2880"/>
        <w:gridCol w:w="1980"/>
        <w:gridCol w:w="3366"/>
      </w:tblGrid>
      <w:tr w:rsidR="00FF4D6B" w14:paraId="1D2D6AFB" w14:textId="77777777" w:rsidTr="00050EE5">
        <w:tc>
          <w:tcPr>
            <w:tcW w:w="1998" w:type="dxa"/>
          </w:tcPr>
          <w:p w14:paraId="14BE8532" w14:textId="77777777" w:rsidR="00FF4D6B" w:rsidRDefault="000A6740">
            <w:r>
              <w:t>Role</w:t>
            </w:r>
          </w:p>
        </w:tc>
        <w:tc>
          <w:tcPr>
            <w:tcW w:w="2880" w:type="dxa"/>
          </w:tcPr>
          <w:p w14:paraId="6C088389" w14:textId="77777777" w:rsidR="00FF4D6B" w:rsidRDefault="000A6740">
            <w:r>
              <w:t>Name</w:t>
            </w:r>
          </w:p>
        </w:tc>
        <w:tc>
          <w:tcPr>
            <w:tcW w:w="1980" w:type="dxa"/>
          </w:tcPr>
          <w:p w14:paraId="1DAB1DB3" w14:textId="77777777" w:rsidR="00FF4D6B" w:rsidRDefault="000A6740">
            <w:r>
              <w:t>Phone</w:t>
            </w:r>
          </w:p>
        </w:tc>
        <w:tc>
          <w:tcPr>
            <w:tcW w:w="3366" w:type="dxa"/>
          </w:tcPr>
          <w:p w14:paraId="489F2A7A" w14:textId="77777777" w:rsidR="00FF4D6B" w:rsidRDefault="000A6740">
            <w:r>
              <w:t>Email</w:t>
            </w:r>
          </w:p>
        </w:tc>
      </w:tr>
      <w:tr w:rsidR="00FF4D6B" w14:paraId="6F2A7351" w14:textId="77777777" w:rsidTr="00050EE5">
        <w:tc>
          <w:tcPr>
            <w:tcW w:w="1998" w:type="dxa"/>
          </w:tcPr>
          <w:p w14:paraId="726DDECC" w14:textId="77777777" w:rsidR="00FF4D6B" w:rsidRDefault="000A6740">
            <w:r>
              <w:t>Team Manager</w:t>
            </w:r>
          </w:p>
        </w:tc>
        <w:tc>
          <w:tcPr>
            <w:tcW w:w="2880" w:type="dxa"/>
          </w:tcPr>
          <w:p w14:paraId="7C091A1D" w14:textId="77777777" w:rsidR="00FF4D6B" w:rsidRDefault="00FF4D6B"/>
        </w:tc>
        <w:tc>
          <w:tcPr>
            <w:tcW w:w="1980" w:type="dxa"/>
          </w:tcPr>
          <w:p w14:paraId="043BBADB" w14:textId="5C7166E4" w:rsidR="00FF4D6B" w:rsidRDefault="00FF4D6B" w:rsidP="00050EE5">
            <w:pPr>
              <w:jc w:val="center"/>
            </w:pPr>
          </w:p>
        </w:tc>
        <w:tc>
          <w:tcPr>
            <w:tcW w:w="3366" w:type="dxa"/>
          </w:tcPr>
          <w:p w14:paraId="027C21D4" w14:textId="77777777" w:rsidR="00FF4D6B" w:rsidRDefault="00FF4D6B"/>
        </w:tc>
      </w:tr>
      <w:tr w:rsidR="00FF4D6B" w14:paraId="1085DC9E" w14:textId="77777777" w:rsidTr="00050EE5">
        <w:tc>
          <w:tcPr>
            <w:tcW w:w="1998" w:type="dxa"/>
          </w:tcPr>
          <w:p w14:paraId="4A96D833" w14:textId="77777777" w:rsidR="00FF4D6B" w:rsidRDefault="000A6740">
            <w:r>
              <w:t>Team Coach</w:t>
            </w:r>
          </w:p>
        </w:tc>
        <w:tc>
          <w:tcPr>
            <w:tcW w:w="2880" w:type="dxa"/>
          </w:tcPr>
          <w:p w14:paraId="17F0EAFB" w14:textId="77777777" w:rsidR="00FF4D6B" w:rsidRDefault="00FF4D6B"/>
        </w:tc>
        <w:tc>
          <w:tcPr>
            <w:tcW w:w="1980" w:type="dxa"/>
          </w:tcPr>
          <w:p w14:paraId="1073597B" w14:textId="77777777" w:rsidR="00FF4D6B" w:rsidRDefault="00FF4D6B" w:rsidP="00050EE5">
            <w:pPr>
              <w:jc w:val="center"/>
            </w:pPr>
          </w:p>
        </w:tc>
        <w:tc>
          <w:tcPr>
            <w:tcW w:w="3366" w:type="dxa"/>
          </w:tcPr>
          <w:p w14:paraId="343C834C" w14:textId="77777777" w:rsidR="00FF4D6B" w:rsidRDefault="00FF4D6B"/>
        </w:tc>
      </w:tr>
      <w:tr w:rsidR="00FF4D6B" w14:paraId="3A87680E" w14:textId="77777777" w:rsidTr="00050EE5">
        <w:tc>
          <w:tcPr>
            <w:tcW w:w="1998" w:type="dxa"/>
          </w:tcPr>
          <w:p w14:paraId="7A6D6359" w14:textId="77777777" w:rsidR="00FF4D6B" w:rsidRDefault="000A6740">
            <w:r>
              <w:t>Team Coach</w:t>
            </w:r>
          </w:p>
        </w:tc>
        <w:tc>
          <w:tcPr>
            <w:tcW w:w="2880" w:type="dxa"/>
          </w:tcPr>
          <w:p w14:paraId="51895840" w14:textId="77777777" w:rsidR="00FF4D6B" w:rsidRDefault="00FF4D6B"/>
        </w:tc>
        <w:tc>
          <w:tcPr>
            <w:tcW w:w="1980" w:type="dxa"/>
          </w:tcPr>
          <w:p w14:paraId="1D0B601A" w14:textId="77777777" w:rsidR="00FF4D6B" w:rsidRDefault="00FF4D6B" w:rsidP="00050EE5">
            <w:pPr>
              <w:jc w:val="center"/>
            </w:pPr>
          </w:p>
        </w:tc>
        <w:tc>
          <w:tcPr>
            <w:tcW w:w="3366" w:type="dxa"/>
          </w:tcPr>
          <w:p w14:paraId="5872788C" w14:textId="77777777" w:rsidR="00FF4D6B" w:rsidRDefault="00FF4D6B"/>
        </w:tc>
      </w:tr>
    </w:tbl>
    <w:p w14:paraId="77AFA8B7" w14:textId="77777777" w:rsidR="00FF4D6B" w:rsidRDefault="00FF4D6B"/>
    <w:p w14:paraId="28E86733" w14:textId="77777777" w:rsidR="00FF4D6B" w:rsidRDefault="000A6740">
      <w:pPr>
        <w:pStyle w:val="Heading1"/>
      </w:pPr>
      <w:r>
        <w:t>Roster and Residency Certifications</w:t>
      </w:r>
    </w:p>
    <w:p w14:paraId="76CBC699" w14:textId="4FE34240" w:rsidR="00FF4D6B" w:rsidRDefault="000A6740">
      <w:pPr>
        <w:pStyle w:val="ListBullet"/>
      </w:pPr>
      <w:r>
        <w:t xml:space="preserve">Do you attest that your CTDDSL rosters will NOT contain players from this season’s District All-Star rosters?    </w:t>
      </w:r>
      <w:sdt>
        <w:sdtPr>
          <w:id w:val="9176734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31E4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YES   </w:t>
      </w:r>
      <w:sdt>
        <w:sdtPr>
          <w:id w:val="9760393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31E4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NO</w:t>
      </w:r>
    </w:p>
    <w:p w14:paraId="1227E3EB" w14:textId="77777777" w:rsidR="000C31E4" w:rsidRDefault="000A6740">
      <w:pPr>
        <w:pStyle w:val="ListBullet"/>
      </w:pPr>
      <w:r>
        <w:t xml:space="preserve">Do you attest that your CTDDSL rosters will include only verifiable residents from your town?   </w:t>
      </w:r>
    </w:p>
    <w:p w14:paraId="028EC8D5" w14:textId="654AFDD6" w:rsidR="00FF4D6B" w:rsidRDefault="000C31E4" w:rsidP="000C31E4">
      <w:pPr>
        <w:pStyle w:val="ListBullet"/>
        <w:numPr>
          <w:ilvl w:val="0"/>
          <w:numId w:val="0"/>
        </w:numPr>
        <w:ind w:left="360"/>
      </w:pPr>
      <w:r>
        <w:t xml:space="preserve">                    </w:t>
      </w:r>
      <w:sdt>
        <w:sdtPr>
          <w:id w:val="1127745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0A6740">
        <w:t xml:space="preserve">YES  </w:t>
      </w:r>
      <w:r>
        <w:t xml:space="preserve"> </w:t>
      </w:r>
      <w:sdt>
        <w:sdtPr>
          <w:id w:val="21453948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0A6740">
        <w:t>NO</w:t>
      </w:r>
    </w:p>
    <w:p w14:paraId="3ABB4090" w14:textId="77777777" w:rsidR="00FF4D6B" w:rsidRDefault="000A6740">
      <w:pPr>
        <w:pStyle w:val="Heading1"/>
      </w:pPr>
      <w:r>
        <w:t>Field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68"/>
        <w:gridCol w:w="6156"/>
      </w:tblGrid>
      <w:tr w:rsidR="00FF4D6B" w14:paraId="6419DD24" w14:textId="77777777" w:rsidTr="00050EE5">
        <w:tc>
          <w:tcPr>
            <w:tcW w:w="4068" w:type="dxa"/>
          </w:tcPr>
          <w:p w14:paraId="3CA89C19" w14:textId="77777777" w:rsidR="00FF4D6B" w:rsidRPr="000C31E4" w:rsidRDefault="000A6740">
            <w:pPr>
              <w:rPr>
                <w:b/>
                <w:bCs/>
              </w:rPr>
            </w:pPr>
            <w:r w:rsidRPr="000C31E4">
              <w:rPr>
                <w:b/>
                <w:bCs/>
              </w:rPr>
              <w:t>Field Name</w:t>
            </w:r>
          </w:p>
        </w:tc>
        <w:tc>
          <w:tcPr>
            <w:tcW w:w="6156" w:type="dxa"/>
          </w:tcPr>
          <w:p w14:paraId="2B793603" w14:textId="546BC3BC" w:rsidR="00FF4D6B" w:rsidRPr="000C31E4" w:rsidRDefault="000A6740">
            <w:pPr>
              <w:rPr>
                <w:b/>
                <w:bCs/>
              </w:rPr>
            </w:pPr>
            <w:r w:rsidRPr="000C31E4">
              <w:rPr>
                <w:b/>
                <w:bCs/>
              </w:rPr>
              <w:t>Street Address</w:t>
            </w:r>
            <w:r w:rsidR="00050EE5" w:rsidRPr="000C31E4">
              <w:rPr>
                <w:b/>
                <w:bCs/>
              </w:rPr>
              <w:t>/ City/ State/ Postal</w:t>
            </w:r>
          </w:p>
        </w:tc>
      </w:tr>
      <w:tr w:rsidR="00FF4D6B" w14:paraId="75891CF0" w14:textId="77777777" w:rsidTr="00050EE5">
        <w:tc>
          <w:tcPr>
            <w:tcW w:w="4068" w:type="dxa"/>
          </w:tcPr>
          <w:p w14:paraId="4F4595EE" w14:textId="541513A3" w:rsidR="00FF4D6B" w:rsidRDefault="00FF4D6B"/>
        </w:tc>
        <w:tc>
          <w:tcPr>
            <w:tcW w:w="6156" w:type="dxa"/>
          </w:tcPr>
          <w:p w14:paraId="3B959BDC" w14:textId="038DCFFC" w:rsidR="00FF4D6B" w:rsidRDefault="00FF4D6B"/>
        </w:tc>
      </w:tr>
      <w:tr w:rsidR="00FF4D6B" w14:paraId="3FFB1CF0" w14:textId="77777777" w:rsidTr="00050EE5">
        <w:tc>
          <w:tcPr>
            <w:tcW w:w="4068" w:type="dxa"/>
          </w:tcPr>
          <w:p w14:paraId="2828111C" w14:textId="0801C169" w:rsidR="00FF4D6B" w:rsidRDefault="00FF4D6B"/>
        </w:tc>
        <w:tc>
          <w:tcPr>
            <w:tcW w:w="6156" w:type="dxa"/>
          </w:tcPr>
          <w:p w14:paraId="242524A2" w14:textId="0C6B05A1" w:rsidR="00FF4D6B" w:rsidRDefault="00FF4D6B"/>
        </w:tc>
      </w:tr>
      <w:tr w:rsidR="00FF4D6B" w14:paraId="7BA33AC7" w14:textId="77777777" w:rsidTr="00050EE5">
        <w:tc>
          <w:tcPr>
            <w:tcW w:w="4068" w:type="dxa"/>
          </w:tcPr>
          <w:p w14:paraId="1F9204F9" w14:textId="238D7A51" w:rsidR="00FF4D6B" w:rsidRDefault="00FF4D6B"/>
        </w:tc>
        <w:tc>
          <w:tcPr>
            <w:tcW w:w="6156" w:type="dxa"/>
          </w:tcPr>
          <w:p w14:paraId="3FD57982" w14:textId="4C21943D" w:rsidR="00FF4D6B" w:rsidRDefault="00FF4D6B"/>
        </w:tc>
      </w:tr>
      <w:tr w:rsidR="00FF4D6B" w14:paraId="0973CC50" w14:textId="77777777" w:rsidTr="00050EE5">
        <w:tc>
          <w:tcPr>
            <w:tcW w:w="4068" w:type="dxa"/>
          </w:tcPr>
          <w:p w14:paraId="4012DA3B" w14:textId="6789714E" w:rsidR="00FF4D6B" w:rsidRDefault="00FF4D6B"/>
        </w:tc>
        <w:tc>
          <w:tcPr>
            <w:tcW w:w="6156" w:type="dxa"/>
          </w:tcPr>
          <w:p w14:paraId="2E4ADFAD" w14:textId="5431B493" w:rsidR="00FF4D6B" w:rsidRDefault="00FF4D6B"/>
        </w:tc>
      </w:tr>
      <w:tr w:rsidR="00FF4D6B" w14:paraId="6A80A322" w14:textId="77777777" w:rsidTr="00050EE5">
        <w:tc>
          <w:tcPr>
            <w:tcW w:w="4068" w:type="dxa"/>
          </w:tcPr>
          <w:p w14:paraId="3A71D215" w14:textId="1F4681E3" w:rsidR="00FF4D6B" w:rsidRDefault="00FF4D6B"/>
        </w:tc>
        <w:tc>
          <w:tcPr>
            <w:tcW w:w="6156" w:type="dxa"/>
          </w:tcPr>
          <w:p w14:paraId="3B95523C" w14:textId="3E81ACEB" w:rsidR="00FF4D6B" w:rsidRDefault="00FF4D6B"/>
        </w:tc>
      </w:tr>
    </w:tbl>
    <w:p w14:paraId="63FF394C" w14:textId="77777777" w:rsidR="00FF4D6B" w:rsidRDefault="00FF4D6B"/>
    <w:p w14:paraId="514612AB" w14:textId="77777777" w:rsidR="00FF4D6B" w:rsidRDefault="000A6740">
      <w:pPr>
        <w:pStyle w:val="Heading1"/>
      </w:pPr>
      <w:r>
        <w:t>Participation Requirements</w:t>
      </w:r>
    </w:p>
    <w:p w14:paraId="0846FFD8" w14:textId="77777777" w:rsidR="00FF4D6B" w:rsidRDefault="000A6740">
      <w:pPr>
        <w:pStyle w:val="ListBullet"/>
      </w:pPr>
      <w:r>
        <w:t>All Town Coordinators, Managers, and Coaches must register through the District 7 website prior to participation.</w:t>
      </w:r>
    </w:p>
    <w:p w14:paraId="26D1AD27" w14:textId="77777777" w:rsidR="00FF4D6B" w:rsidRDefault="000A6740">
      <w:pPr>
        <w:pStyle w:val="ListBullet"/>
      </w:pPr>
      <w:r>
        <w:t>Official team rosters must be submitted using the approved CTDDSL roster template.</w:t>
      </w:r>
    </w:p>
    <w:p w14:paraId="54EC8709" w14:textId="77777777" w:rsidR="00FF4D6B" w:rsidRDefault="000A6740">
      <w:pPr>
        <w:pStyle w:val="ListBullet"/>
      </w:pPr>
      <w:r>
        <w:t>Participation in CTDDSL constitutes agreement to abide by all League rules, eligibility requirements, and sportsmanship expectations.</w:t>
      </w:r>
    </w:p>
    <w:p w14:paraId="11054442" w14:textId="77777777" w:rsidR="00FF4D6B" w:rsidRDefault="00FF4D6B"/>
    <w:p w14:paraId="12183F3E" w14:textId="46799BBA" w:rsidR="00FF4D6B" w:rsidRDefault="000A6740">
      <w:r>
        <w:rPr>
          <w:b/>
        </w:rPr>
        <w:t xml:space="preserve">Town Coordinator Signature: </w:t>
      </w:r>
      <w:sdt>
        <w:sdtPr>
          <w:rPr>
            <w:rStyle w:val="Style1"/>
            <w:sz w:val="40"/>
            <w:szCs w:val="40"/>
          </w:rPr>
          <w:id w:val="566388102"/>
          <w:placeholder>
            <w:docPart w:val="DefaultPlaceholder_-1854013440"/>
          </w:placeholder>
          <w:showingPlcHdr/>
          <w:text w:multiLine="1"/>
        </w:sdtPr>
        <w:sdtEndPr>
          <w:rPr>
            <w:rStyle w:val="DefaultParagraphFont"/>
            <w:rFonts w:asciiTheme="minorHAnsi" w:hAnsiTheme="minorHAnsi"/>
            <w:b/>
          </w:rPr>
        </w:sdtEndPr>
        <w:sdtContent>
          <w:r w:rsidR="000C31E4" w:rsidRPr="00411F03">
            <w:rPr>
              <w:rStyle w:val="PlaceholderText"/>
            </w:rPr>
            <w:t>Click or tap here to enter text.</w:t>
          </w:r>
        </w:sdtContent>
      </w:sdt>
      <w:r>
        <w:rPr>
          <w:b/>
        </w:rPr>
        <w:br/>
      </w:r>
      <w:r>
        <w:rPr>
          <w:b/>
        </w:rPr>
        <w:br/>
        <w:t xml:space="preserve">Date: </w:t>
      </w:r>
      <w:sdt>
        <w:sdtPr>
          <w:rPr>
            <w:b/>
          </w:rPr>
          <w:id w:val="924841337"/>
          <w:placeholder>
            <w:docPart w:val="DefaultPlaceholder_-1854013437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0C31E4" w:rsidRPr="00411F03">
            <w:rPr>
              <w:rStyle w:val="PlaceholderText"/>
            </w:rPr>
            <w:t>Click or tap to enter a date.</w:t>
          </w:r>
        </w:sdtContent>
      </w:sdt>
    </w:p>
    <w:sectPr w:rsidR="00FF4D6B" w:rsidSect="00034616"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66735222">
    <w:abstractNumId w:val="8"/>
  </w:num>
  <w:num w:numId="2" w16cid:durableId="619921453">
    <w:abstractNumId w:val="6"/>
  </w:num>
  <w:num w:numId="3" w16cid:durableId="1727872186">
    <w:abstractNumId w:val="5"/>
  </w:num>
  <w:num w:numId="4" w16cid:durableId="1949434291">
    <w:abstractNumId w:val="4"/>
  </w:num>
  <w:num w:numId="5" w16cid:durableId="512185915">
    <w:abstractNumId w:val="7"/>
  </w:num>
  <w:num w:numId="6" w16cid:durableId="1142695408">
    <w:abstractNumId w:val="3"/>
  </w:num>
  <w:num w:numId="7" w16cid:durableId="1183129241">
    <w:abstractNumId w:val="2"/>
  </w:num>
  <w:num w:numId="8" w16cid:durableId="590890146">
    <w:abstractNumId w:val="1"/>
  </w:num>
  <w:num w:numId="9" w16cid:durableId="4722192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50EE5"/>
    <w:rsid w:val="0006063C"/>
    <w:rsid w:val="000A6740"/>
    <w:rsid w:val="000C31E4"/>
    <w:rsid w:val="0015074B"/>
    <w:rsid w:val="00280975"/>
    <w:rsid w:val="0029639D"/>
    <w:rsid w:val="00326F90"/>
    <w:rsid w:val="00552B4B"/>
    <w:rsid w:val="00554E7C"/>
    <w:rsid w:val="005C31CB"/>
    <w:rsid w:val="009535D9"/>
    <w:rsid w:val="00AA1D8D"/>
    <w:rsid w:val="00B47730"/>
    <w:rsid w:val="00CB0664"/>
    <w:rsid w:val="00FC693F"/>
    <w:rsid w:val="00FF4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28E4D78"/>
  <w14:defaultImageDpi w14:val="330"/>
  <w15:docId w15:val="{1824B6DA-9594-440C-B3D8-0C4084403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PlaceholderText">
    <w:name w:val="Placeholder Text"/>
    <w:basedOn w:val="DefaultParagraphFont"/>
    <w:uiPriority w:val="99"/>
    <w:semiHidden/>
    <w:rsid w:val="00050EE5"/>
    <w:rPr>
      <w:color w:val="666666"/>
    </w:rPr>
  </w:style>
  <w:style w:type="character" w:customStyle="1" w:styleId="Style1">
    <w:name w:val="Style1"/>
    <w:basedOn w:val="DefaultParagraphFont"/>
    <w:uiPriority w:val="1"/>
    <w:rsid w:val="000C31E4"/>
    <w:rPr>
      <w:rFonts w:ascii="Freestyle Script" w:hAnsi="Freestyle 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6B8DE7-89F4-4AF7-8DB5-06A97467E2F4}"/>
      </w:docPartPr>
      <w:docPartBody>
        <w:p w:rsidR="00237340" w:rsidRDefault="00237340">
          <w:r w:rsidRPr="00411F0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5A7FF5-3534-46DA-84EE-21BFC6C15A7F}"/>
      </w:docPartPr>
      <w:docPartBody>
        <w:p w:rsidR="00237340" w:rsidRDefault="00237340">
          <w:r w:rsidRPr="00411F03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340"/>
    <w:rsid w:val="00237340"/>
    <w:rsid w:val="00552B4B"/>
    <w:rsid w:val="00554E7C"/>
    <w:rsid w:val="005C31CB"/>
    <w:rsid w:val="00920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37340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261</Words>
  <Characters>1489</Characters>
  <Application>Microsoft Office Word</Application>
  <DocSecurity>0</DocSecurity>
  <Lines>87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1703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Hacker, Mark A</cp:lastModifiedBy>
  <cp:revision>4</cp:revision>
  <dcterms:created xsi:type="dcterms:W3CDTF">2026-05-07T18:15:00Z</dcterms:created>
  <dcterms:modified xsi:type="dcterms:W3CDTF">2026-05-11T18:06:00Z</dcterms:modified>
  <cp:category/>
</cp:coreProperties>
</file>