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5566B" w14:textId="421247EB" w:rsidR="00970384" w:rsidRPr="003469C5" w:rsidRDefault="002A77D5" w:rsidP="003469C5">
      <w:pPr>
        <w:spacing w:after="0" w:line="240" w:lineRule="auto"/>
        <w:jc w:val="center"/>
        <w:rPr>
          <w:rFonts w:asciiTheme="majorHAnsi" w:hAnsiTheme="majorHAnsi" w:cstheme="majorHAnsi"/>
          <w:sz w:val="24"/>
          <w:szCs w:val="24"/>
        </w:rPr>
      </w:pPr>
      <w:r w:rsidRPr="003469C5">
        <w:rPr>
          <w:rFonts w:asciiTheme="majorHAnsi" w:hAnsiTheme="majorHAnsi" w:cstheme="majorHAnsi"/>
          <w:noProof/>
          <w:sz w:val="24"/>
          <w:szCs w:val="24"/>
        </w:rPr>
        <w:drawing>
          <wp:anchor distT="0" distB="0" distL="114300" distR="114300" simplePos="0" relativeHeight="251658241" behindDoc="1" locked="0" layoutInCell="1" allowOverlap="1" wp14:anchorId="6E47063B" wp14:editId="5BE947C5">
            <wp:simplePos x="0" y="0"/>
            <wp:positionH relativeFrom="column">
              <wp:posOffset>-981075</wp:posOffset>
            </wp:positionH>
            <wp:positionV relativeFrom="paragraph">
              <wp:posOffset>-781050</wp:posOffset>
            </wp:positionV>
            <wp:extent cx="1828800" cy="1755271"/>
            <wp:effectExtent l="0" t="0" r="0" b="0"/>
            <wp:wrapNone/>
            <wp:docPr id="8594128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28800" cy="1755271"/>
                    </a:xfrm>
                    <a:prstGeom prst="rect">
                      <a:avLst/>
                    </a:prstGeom>
                    <a:noFill/>
                    <a:ln>
                      <a:noFill/>
                    </a:ln>
                  </pic:spPr>
                </pic:pic>
              </a:graphicData>
            </a:graphic>
            <wp14:sizeRelH relativeFrom="page">
              <wp14:pctWidth>0</wp14:pctWidth>
            </wp14:sizeRelH>
            <wp14:sizeRelV relativeFrom="page">
              <wp14:pctHeight>0</wp14:pctHeight>
            </wp14:sizeRelV>
          </wp:anchor>
        </w:drawing>
      </w:r>
      <w:r w:rsidR="002A7161" w:rsidRPr="003469C5">
        <w:rPr>
          <w:rFonts w:asciiTheme="majorHAnsi" w:hAnsiTheme="majorHAnsi" w:cstheme="majorHAnsi"/>
          <w:noProof/>
          <w:sz w:val="24"/>
          <w:szCs w:val="24"/>
        </w:rPr>
        <w:drawing>
          <wp:anchor distT="0" distB="0" distL="114300" distR="114300" simplePos="0" relativeHeight="251658240" behindDoc="1" locked="0" layoutInCell="1" allowOverlap="1" wp14:anchorId="499E057C" wp14:editId="76517A8E">
            <wp:simplePos x="0" y="0"/>
            <wp:positionH relativeFrom="column">
              <wp:posOffset>4667250</wp:posOffset>
            </wp:positionH>
            <wp:positionV relativeFrom="paragraph">
              <wp:posOffset>-843280</wp:posOffset>
            </wp:positionV>
            <wp:extent cx="1828800" cy="1755140"/>
            <wp:effectExtent l="0" t="0" r="0" b="0"/>
            <wp:wrapNone/>
            <wp:docPr id="490235941" name="Picture 490235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28800" cy="1755140"/>
                    </a:xfrm>
                    <a:prstGeom prst="rect">
                      <a:avLst/>
                    </a:prstGeom>
                    <a:noFill/>
                    <a:ln>
                      <a:noFill/>
                    </a:ln>
                  </pic:spPr>
                </pic:pic>
              </a:graphicData>
            </a:graphic>
            <wp14:sizeRelH relativeFrom="page">
              <wp14:pctWidth>0</wp14:pctWidth>
            </wp14:sizeRelH>
            <wp14:sizeRelV relativeFrom="page">
              <wp14:pctHeight>0</wp14:pctHeight>
            </wp14:sizeRelV>
          </wp:anchor>
        </w:drawing>
      </w:r>
      <w:r w:rsidR="00A95184">
        <w:rPr>
          <w:rFonts w:asciiTheme="majorHAnsi" w:hAnsiTheme="majorHAnsi" w:cstheme="majorHAnsi"/>
          <w:sz w:val="24"/>
          <w:szCs w:val="24"/>
        </w:rPr>
        <w:t>February Public</w:t>
      </w:r>
      <w:r w:rsidRPr="003469C5">
        <w:rPr>
          <w:rFonts w:asciiTheme="majorHAnsi" w:hAnsiTheme="majorHAnsi" w:cstheme="majorHAnsi"/>
          <w:sz w:val="24"/>
          <w:szCs w:val="24"/>
        </w:rPr>
        <w:t xml:space="preserve"> </w:t>
      </w:r>
      <w:r w:rsidR="00A95184">
        <w:rPr>
          <w:rFonts w:asciiTheme="majorHAnsi" w:hAnsiTheme="majorHAnsi" w:cstheme="majorHAnsi"/>
          <w:sz w:val="24"/>
          <w:szCs w:val="24"/>
        </w:rPr>
        <w:t xml:space="preserve">Board </w:t>
      </w:r>
      <w:r w:rsidRPr="003469C5">
        <w:rPr>
          <w:rFonts w:asciiTheme="majorHAnsi" w:hAnsiTheme="majorHAnsi" w:cstheme="majorHAnsi"/>
          <w:sz w:val="24"/>
          <w:szCs w:val="24"/>
        </w:rPr>
        <w:t>Meeting Agenda</w:t>
      </w:r>
    </w:p>
    <w:p w14:paraId="06110EF5" w14:textId="79393086" w:rsidR="00970384" w:rsidRPr="003469C5" w:rsidRDefault="00441FEE" w:rsidP="003469C5">
      <w:pPr>
        <w:spacing w:after="0" w:line="240" w:lineRule="auto"/>
        <w:jc w:val="center"/>
        <w:rPr>
          <w:rFonts w:asciiTheme="majorHAnsi" w:hAnsiTheme="majorHAnsi" w:cstheme="majorHAnsi"/>
          <w:sz w:val="24"/>
          <w:szCs w:val="24"/>
        </w:rPr>
      </w:pPr>
      <w:r w:rsidRPr="003469C5">
        <w:rPr>
          <w:rFonts w:asciiTheme="majorHAnsi" w:hAnsiTheme="majorHAnsi" w:cstheme="majorHAnsi"/>
          <w:sz w:val="24"/>
          <w:szCs w:val="24"/>
        </w:rPr>
        <w:t>Canon Mac Youth Football Association</w:t>
      </w:r>
    </w:p>
    <w:p w14:paraId="6D77A68B" w14:textId="77777777" w:rsidR="002A77D5" w:rsidRPr="003469C5" w:rsidRDefault="002A77D5" w:rsidP="003469C5">
      <w:pPr>
        <w:spacing w:after="0" w:line="240" w:lineRule="auto"/>
        <w:rPr>
          <w:rFonts w:asciiTheme="majorHAnsi" w:hAnsiTheme="majorHAnsi" w:cstheme="majorHAnsi"/>
          <w:sz w:val="24"/>
          <w:szCs w:val="24"/>
        </w:rPr>
      </w:pPr>
    </w:p>
    <w:p w14:paraId="3CCF4A48" w14:textId="77777777" w:rsidR="003469C5" w:rsidRDefault="003469C5" w:rsidP="003469C5">
      <w:pPr>
        <w:spacing w:after="0" w:line="240" w:lineRule="auto"/>
        <w:rPr>
          <w:rFonts w:asciiTheme="majorHAnsi" w:hAnsiTheme="majorHAnsi" w:cstheme="majorHAnsi"/>
          <w:sz w:val="24"/>
          <w:szCs w:val="24"/>
        </w:rPr>
      </w:pPr>
    </w:p>
    <w:p w14:paraId="7B23ADD8" w14:textId="208F8433" w:rsidR="0009075D" w:rsidRPr="003469C5" w:rsidRDefault="0009075D" w:rsidP="003469C5">
      <w:pPr>
        <w:spacing w:after="0" w:line="240" w:lineRule="auto"/>
        <w:rPr>
          <w:rFonts w:asciiTheme="majorHAnsi" w:hAnsiTheme="majorHAnsi" w:cstheme="majorHAnsi"/>
          <w:sz w:val="24"/>
          <w:szCs w:val="24"/>
        </w:rPr>
      </w:pPr>
      <w:r w:rsidRPr="003469C5">
        <w:rPr>
          <w:rFonts w:asciiTheme="majorHAnsi" w:hAnsiTheme="majorHAnsi" w:cstheme="majorHAnsi"/>
          <w:sz w:val="24"/>
          <w:szCs w:val="24"/>
        </w:rPr>
        <w:t>Date:</w:t>
      </w:r>
      <w:r w:rsidR="00441FEE" w:rsidRPr="003469C5">
        <w:rPr>
          <w:rFonts w:asciiTheme="majorHAnsi" w:hAnsiTheme="majorHAnsi" w:cstheme="majorHAnsi"/>
          <w:sz w:val="24"/>
          <w:szCs w:val="24"/>
        </w:rPr>
        <w:t xml:space="preserve"> Thursday, February 12, 2026</w:t>
      </w:r>
    </w:p>
    <w:p w14:paraId="690C6B93" w14:textId="149A9C1B" w:rsidR="0009075D" w:rsidRPr="003469C5" w:rsidRDefault="0009075D" w:rsidP="003469C5">
      <w:pPr>
        <w:spacing w:after="0" w:line="240" w:lineRule="auto"/>
        <w:rPr>
          <w:rFonts w:asciiTheme="majorHAnsi" w:hAnsiTheme="majorHAnsi" w:cstheme="majorHAnsi"/>
          <w:sz w:val="24"/>
          <w:szCs w:val="24"/>
        </w:rPr>
      </w:pPr>
      <w:r w:rsidRPr="003469C5">
        <w:rPr>
          <w:rFonts w:asciiTheme="majorHAnsi" w:hAnsiTheme="majorHAnsi" w:cstheme="majorHAnsi"/>
          <w:sz w:val="24"/>
          <w:szCs w:val="24"/>
        </w:rPr>
        <w:t>Time:</w:t>
      </w:r>
      <w:r w:rsidR="002A7161" w:rsidRPr="003469C5">
        <w:rPr>
          <w:rFonts w:asciiTheme="majorHAnsi" w:hAnsiTheme="majorHAnsi" w:cstheme="majorHAnsi"/>
          <w:noProof/>
          <w:sz w:val="24"/>
          <w:szCs w:val="24"/>
        </w:rPr>
        <w:t xml:space="preserve"> </w:t>
      </w:r>
      <w:r w:rsidR="00514EBD" w:rsidRPr="003469C5">
        <w:rPr>
          <w:rFonts w:asciiTheme="majorHAnsi" w:hAnsiTheme="majorHAnsi" w:cstheme="majorHAnsi"/>
          <w:noProof/>
          <w:sz w:val="24"/>
          <w:szCs w:val="24"/>
        </w:rPr>
        <w:t>6:0</w:t>
      </w:r>
      <w:r w:rsidR="006B446C" w:rsidRPr="003469C5">
        <w:rPr>
          <w:rFonts w:asciiTheme="majorHAnsi" w:hAnsiTheme="majorHAnsi" w:cstheme="majorHAnsi"/>
          <w:noProof/>
          <w:sz w:val="24"/>
          <w:szCs w:val="24"/>
        </w:rPr>
        <w:t>0pm</w:t>
      </w:r>
    </w:p>
    <w:p w14:paraId="77DAFB38" w14:textId="095371D2" w:rsidR="0009075D" w:rsidRPr="003469C5" w:rsidRDefault="0009075D" w:rsidP="003469C5">
      <w:pPr>
        <w:spacing w:after="0" w:line="240" w:lineRule="auto"/>
        <w:rPr>
          <w:rFonts w:asciiTheme="majorHAnsi" w:hAnsiTheme="majorHAnsi" w:cstheme="majorHAnsi"/>
          <w:sz w:val="24"/>
          <w:szCs w:val="24"/>
        </w:rPr>
      </w:pPr>
      <w:r w:rsidRPr="003469C5">
        <w:rPr>
          <w:rFonts w:asciiTheme="majorHAnsi" w:hAnsiTheme="majorHAnsi" w:cstheme="majorHAnsi"/>
          <w:sz w:val="24"/>
          <w:szCs w:val="24"/>
        </w:rPr>
        <w:t>Location:</w:t>
      </w:r>
      <w:r w:rsidR="00441FEE" w:rsidRPr="003469C5">
        <w:rPr>
          <w:rFonts w:asciiTheme="majorHAnsi" w:hAnsiTheme="majorHAnsi" w:cstheme="majorHAnsi"/>
          <w:sz w:val="24"/>
          <w:szCs w:val="24"/>
        </w:rPr>
        <w:t xml:space="preserve"> North Strabane Township Building</w:t>
      </w:r>
    </w:p>
    <w:p w14:paraId="4385D484" w14:textId="6BD6AB13" w:rsidR="00441FEE" w:rsidRPr="003469C5" w:rsidRDefault="00441FEE" w:rsidP="003469C5">
      <w:pPr>
        <w:spacing w:after="0" w:line="240" w:lineRule="auto"/>
        <w:rPr>
          <w:rFonts w:asciiTheme="majorHAnsi" w:hAnsiTheme="majorHAnsi" w:cstheme="majorHAnsi"/>
          <w:sz w:val="24"/>
          <w:szCs w:val="24"/>
        </w:rPr>
      </w:pPr>
      <w:r w:rsidRPr="003469C5">
        <w:rPr>
          <w:rFonts w:asciiTheme="majorHAnsi" w:hAnsiTheme="majorHAnsi" w:cstheme="majorHAnsi"/>
          <w:sz w:val="24"/>
          <w:szCs w:val="24"/>
        </w:rPr>
        <w:t>Board Members in Attendance: Rodney, Nick, Jamie, Megan, Tammy</w:t>
      </w:r>
      <w:r w:rsidR="00514EBD" w:rsidRPr="003469C5">
        <w:rPr>
          <w:rFonts w:asciiTheme="majorHAnsi" w:hAnsiTheme="majorHAnsi" w:cstheme="majorHAnsi"/>
          <w:sz w:val="24"/>
          <w:szCs w:val="24"/>
        </w:rPr>
        <w:t>,</w:t>
      </w:r>
      <w:r w:rsidRPr="003469C5">
        <w:rPr>
          <w:rFonts w:asciiTheme="majorHAnsi" w:hAnsiTheme="majorHAnsi" w:cstheme="majorHAnsi"/>
          <w:sz w:val="24"/>
          <w:szCs w:val="24"/>
        </w:rPr>
        <w:t xml:space="preserve"> Mike</w:t>
      </w:r>
    </w:p>
    <w:p w14:paraId="711F732C" w14:textId="77777777" w:rsidR="003469C5" w:rsidRDefault="003469C5" w:rsidP="003469C5">
      <w:pPr>
        <w:spacing w:after="0" w:line="240" w:lineRule="auto"/>
        <w:rPr>
          <w:rFonts w:asciiTheme="majorHAnsi" w:hAnsiTheme="majorHAnsi" w:cstheme="majorHAnsi"/>
          <w:sz w:val="24"/>
          <w:szCs w:val="24"/>
        </w:rPr>
      </w:pPr>
    </w:p>
    <w:p w14:paraId="41F66882" w14:textId="13B0CE15" w:rsidR="003469C5" w:rsidRDefault="003469C5" w:rsidP="003469C5">
      <w:pPr>
        <w:pStyle w:val="ListParagraph"/>
        <w:numPr>
          <w:ilvl w:val="0"/>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Welcome &amp; Call to Order:</w:t>
      </w:r>
    </w:p>
    <w:p w14:paraId="7DC1C482" w14:textId="74CE2822" w:rsidR="003469C5" w:rsidRDefault="003469C5" w:rsidP="003469C5">
      <w:pPr>
        <w:pStyle w:val="ListParagraph"/>
        <w:numPr>
          <w:ilvl w:val="1"/>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Call to Order: 6:04pm</w:t>
      </w:r>
    </w:p>
    <w:p w14:paraId="544B04D2" w14:textId="77777777" w:rsidR="003469C5" w:rsidRDefault="003469C5" w:rsidP="003469C5">
      <w:pPr>
        <w:spacing w:after="0" w:line="240" w:lineRule="auto"/>
        <w:rPr>
          <w:rFonts w:asciiTheme="majorHAnsi" w:hAnsiTheme="majorHAnsi" w:cstheme="majorHAnsi"/>
          <w:sz w:val="24"/>
          <w:szCs w:val="24"/>
        </w:rPr>
      </w:pPr>
    </w:p>
    <w:p w14:paraId="06617DD9" w14:textId="62FD3B6C" w:rsidR="003469C5" w:rsidRDefault="003469C5" w:rsidP="003469C5">
      <w:pPr>
        <w:pStyle w:val="ListParagraph"/>
        <w:numPr>
          <w:ilvl w:val="0"/>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Executive Board Updates:</w:t>
      </w:r>
    </w:p>
    <w:p w14:paraId="78EC44B2" w14:textId="67A523AE" w:rsidR="003469C5" w:rsidRDefault="00A95184" w:rsidP="003469C5">
      <w:pPr>
        <w:pStyle w:val="ListParagraph"/>
        <w:numPr>
          <w:ilvl w:val="1"/>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President</w:t>
      </w:r>
      <w:r w:rsidR="003469C5">
        <w:rPr>
          <w:rFonts w:asciiTheme="majorHAnsi" w:hAnsiTheme="majorHAnsi" w:cstheme="majorHAnsi"/>
          <w:sz w:val="24"/>
          <w:szCs w:val="24"/>
        </w:rPr>
        <w:t>:</w:t>
      </w:r>
    </w:p>
    <w:p w14:paraId="603F785C" w14:textId="4EB56870" w:rsidR="003469C5" w:rsidRDefault="003469C5" w:rsidP="003469C5">
      <w:pPr>
        <w:pStyle w:val="ListParagraph"/>
        <w:numPr>
          <w:ilvl w:val="2"/>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112 helmets were sent out for reconditioning to Rydel</w:t>
      </w:r>
    </w:p>
    <w:p w14:paraId="2F04B940" w14:textId="222BFD9A" w:rsidR="003469C5" w:rsidRDefault="003469C5" w:rsidP="003469C5">
      <w:pPr>
        <w:pStyle w:val="ListParagraph"/>
        <w:numPr>
          <w:ilvl w:val="2"/>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Starting to book food trucks for the kickoff party</w:t>
      </w:r>
    </w:p>
    <w:p w14:paraId="5C2EEBE9" w14:textId="710E0DDD" w:rsidR="003469C5" w:rsidRDefault="003469C5" w:rsidP="003469C5">
      <w:pPr>
        <w:pStyle w:val="ListParagraph"/>
        <w:numPr>
          <w:ilvl w:val="2"/>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We are finalizing dates for the league and will provide those next month</w:t>
      </w:r>
    </w:p>
    <w:p w14:paraId="28F8B38A" w14:textId="677BBF27" w:rsidR="003469C5" w:rsidRDefault="003469C5" w:rsidP="003469C5">
      <w:pPr>
        <w:pStyle w:val="ListParagraph"/>
        <w:numPr>
          <w:ilvl w:val="1"/>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Vice President:</w:t>
      </w:r>
    </w:p>
    <w:p w14:paraId="54BD5BE8" w14:textId="2917D1D9" w:rsidR="003469C5" w:rsidRDefault="003469C5" w:rsidP="003469C5">
      <w:pPr>
        <w:pStyle w:val="ListParagraph"/>
        <w:numPr>
          <w:ilvl w:val="2"/>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No Report</w:t>
      </w:r>
    </w:p>
    <w:p w14:paraId="7ECF5491" w14:textId="02D226DD" w:rsidR="003469C5" w:rsidRDefault="003469C5" w:rsidP="003469C5">
      <w:pPr>
        <w:pStyle w:val="ListParagraph"/>
        <w:numPr>
          <w:ilvl w:val="1"/>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 xml:space="preserve">Athletic Director: </w:t>
      </w:r>
    </w:p>
    <w:p w14:paraId="7CA10781" w14:textId="7DEB20CE" w:rsidR="003469C5" w:rsidRDefault="003469C5" w:rsidP="003469C5">
      <w:pPr>
        <w:pStyle w:val="ListParagraph"/>
        <w:numPr>
          <w:ilvl w:val="2"/>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No Report</w:t>
      </w:r>
    </w:p>
    <w:p w14:paraId="507FBDF3" w14:textId="12E3A160" w:rsidR="003469C5" w:rsidRDefault="003469C5" w:rsidP="003469C5">
      <w:pPr>
        <w:pStyle w:val="ListParagraph"/>
        <w:numPr>
          <w:ilvl w:val="1"/>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Director of Cheer:</w:t>
      </w:r>
    </w:p>
    <w:p w14:paraId="7DFC10A3" w14:textId="78A0FB50" w:rsidR="003469C5" w:rsidRDefault="003469C5" w:rsidP="003469C5">
      <w:pPr>
        <w:pStyle w:val="ListParagraph"/>
        <w:numPr>
          <w:ilvl w:val="2"/>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Currently comparing pricing from Varsity and Keystone Custom so that we can stay competitive on prices for our cheer families</w:t>
      </w:r>
    </w:p>
    <w:p w14:paraId="79CF6817" w14:textId="7D6B7AC7" w:rsidR="003469C5" w:rsidRDefault="003469C5" w:rsidP="003469C5">
      <w:pPr>
        <w:pStyle w:val="ListParagraph"/>
        <w:numPr>
          <w:ilvl w:val="2"/>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Keystone Custom presented us with a fundraising idea for a custom shirt, the league would get 70% of the price of the shirt, the new board will review this opportunity once they are in place</w:t>
      </w:r>
    </w:p>
    <w:p w14:paraId="354320E3" w14:textId="6477612C" w:rsidR="003469C5" w:rsidRDefault="003469C5" w:rsidP="003469C5">
      <w:pPr>
        <w:pStyle w:val="ListParagraph"/>
        <w:numPr>
          <w:ilvl w:val="2"/>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Working with Melinda to se</w:t>
      </w:r>
      <w:r w:rsidR="00190821">
        <w:rPr>
          <w:rFonts w:asciiTheme="majorHAnsi" w:hAnsiTheme="majorHAnsi" w:cstheme="majorHAnsi"/>
          <w:sz w:val="24"/>
          <w:szCs w:val="24"/>
        </w:rPr>
        <w:t>t</w:t>
      </w:r>
      <w:r>
        <w:rPr>
          <w:rFonts w:asciiTheme="majorHAnsi" w:hAnsiTheme="majorHAnsi" w:cstheme="majorHAnsi"/>
          <w:sz w:val="24"/>
          <w:szCs w:val="24"/>
        </w:rPr>
        <w:t xml:space="preserve"> cheer camp dates for July, update will be provided once we have it</w:t>
      </w:r>
    </w:p>
    <w:p w14:paraId="33B5A109" w14:textId="22E6A26B" w:rsidR="003469C5" w:rsidRDefault="003469C5" w:rsidP="003469C5">
      <w:pPr>
        <w:pStyle w:val="ListParagraph"/>
        <w:numPr>
          <w:ilvl w:val="2"/>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Sideline clinics will be held in June, dates and location TBA</w:t>
      </w:r>
    </w:p>
    <w:p w14:paraId="42F687F2" w14:textId="2E593B48" w:rsidR="003469C5" w:rsidRDefault="003469C5" w:rsidP="003469C5">
      <w:pPr>
        <w:pStyle w:val="ListParagraph"/>
        <w:numPr>
          <w:ilvl w:val="1"/>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Treasurer:</w:t>
      </w:r>
    </w:p>
    <w:p w14:paraId="3C5D8C0C" w14:textId="15250113" w:rsidR="003469C5" w:rsidRDefault="003469C5" w:rsidP="003469C5">
      <w:pPr>
        <w:pStyle w:val="ListParagraph"/>
        <w:numPr>
          <w:ilvl w:val="2"/>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December 2025:</w:t>
      </w:r>
    </w:p>
    <w:p w14:paraId="69A47C49" w14:textId="3EEA9122" w:rsidR="003469C5" w:rsidRDefault="003469C5" w:rsidP="003469C5">
      <w:pPr>
        <w:pStyle w:val="ListParagraph"/>
        <w:numPr>
          <w:ilvl w:val="3"/>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Beginning Balance:</w:t>
      </w:r>
      <w:r>
        <w:rPr>
          <w:rFonts w:asciiTheme="majorHAnsi" w:hAnsiTheme="majorHAnsi" w:cstheme="majorHAnsi"/>
          <w:sz w:val="24"/>
          <w:szCs w:val="24"/>
        </w:rPr>
        <w:tab/>
        <w:t>$50,262.65</w:t>
      </w:r>
    </w:p>
    <w:p w14:paraId="5CD7A129" w14:textId="01471463" w:rsidR="003469C5" w:rsidRDefault="003469C5" w:rsidP="003469C5">
      <w:pPr>
        <w:pStyle w:val="ListParagraph"/>
        <w:numPr>
          <w:ilvl w:val="3"/>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Deposits:</w:t>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t>$13,420.56</w:t>
      </w:r>
    </w:p>
    <w:p w14:paraId="4931B2FC" w14:textId="1A2EB2D2" w:rsidR="003469C5" w:rsidRDefault="003469C5" w:rsidP="003469C5">
      <w:pPr>
        <w:pStyle w:val="ListParagraph"/>
        <w:numPr>
          <w:ilvl w:val="3"/>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Withdrawals:</w:t>
      </w:r>
      <w:r>
        <w:rPr>
          <w:rFonts w:asciiTheme="majorHAnsi" w:hAnsiTheme="majorHAnsi" w:cstheme="majorHAnsi"/>
          <w:sz w:val="24"/>
          <w:szCs w:val="24"/>
        </w:rPr>
        <w:tab/>
      </w:r>
      <w:r>
        <w:rPr>
          <w:rFonts w:asciiTheme="majorHAnsi" w:hAnsiTheme="majorHAnsi" w:cstheme="majorHAnsi"/>
          <w:sz w:val="24"/>
          <w:szCs w:val="24"/>
        </w:rPr>
        <w:tab/>
        <w:t>$  5,644.83</w:t>
      </w:r>
    </w:p>
    <w:p w14:paraId="0CB043AF" w14:textId="13E1AF99" w:rsidR="003469C5" w:rsidRDefault="003469C5" w:rsidP="003469C5">
      <w:pPr>
        <w:pStyle w:val="ListParagraph"/>
        <w:numPr>
          <w:ilvl w:val="3"/>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Ending Balance:</w:t>
      </w:r>
      <w:r>
        <w:rPr>
          <w:rFonts w:asciiTheme="majorHAnsi" w:hAnsiTheme="majorHAnsi" w:cstheme="majorHAnsi"/>
          <w:sz w:val="24"/>
          <w:szCs w:val="24"/>
        </w:rPr>
        <w:tab/>
      </w:r>
      <w:r>
        <w:rPr>
          <w:rFonts w:asciiTheme="majorHAnsi" w:hAnsiTheme="majorHAnsi" w:cstheme="majorHAnsi"/>
          <w:sz w:val="24"/>
          <w:szCs w:val="24"/>
        </w:rPr>
        <w:tab/>
        <w:t>$58,038.38</w:t>
      </w:r>
    </w:p>
    <w:p w14:paraId="5ABC2CFE" w14:textId="69555FAC" w:rsidR="00A95184" w:rsidRDefault="00A95184" w:rsidP="00A95184">
      <w:pPr>
        <w:pStyle w:val="ListParagraph"/>
        <w:numPr>
          <w:ilvl w:val="2"/>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January 2026:</w:t>
      </w:r>
    </w:p>
    <w:p w14:paraId="51EEE319" w14:textId="456D9778" w:rsidR="00A95184" w:rsidRDefault="00A95184" w:rsidP="00A95184">
      <w:pPr>
        <w:pStyle w:val="ListParagraph"/>
        <w:numPr>
          <w:ilvl w:val="3"/>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Beginning Balance:</w:t>
      </w:r>
      <w:r>
        <w:rPr>
          <w:rFonts w:asciiTheme="majorHAnsi" w:hAnsiTheme="majorHAnsi" w:cstheme="majorHAnsi"/>
          <w:sz w:val="24"/>
          <w:szCs w:val="24"/>
        </w:rPr>
        <w:tab/>
        <w:t>$58,038.38</w:t>
      </w:r>
    </w:p>
    <w:p w14:paraId="1DA361EE" w14:textId="5B4F5260" w:rsidR="00A95184" w:rsidRDefault="00A95184" w:rsidP="00A95184">
      <w:pPr>
        <w:pStyle w:val="ListParagraph"/>
        <w:numPr>
          <w:ilvl w:val="3"/>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Deposits:</w:t>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t>$          0.00</w:t>
      </w:r>
    </w:p>
    <w:p w14:paraId="3F0BBF15" w14:textId="04996D6E" w:rsidR="003469C5" w:rsidRDefault="00A95184" w:rsidP="003469C5">
      <w:pPr>
        <w:pStyle w:val="ListParagraph"/>
        <w:numPr>
          <w:ilvl w:val="3"/>
          <w:numId w:val="17"/>
        </w:numPr>
        <w:spacing w:after="0" w:line="240" w:lineRule="auto"/>
        <w:rPr>
          <w:rFonts w:asciiTheme="majorHAnsi" w:hAnsiTheme="majorHAnsi" w:cstheme="majorHAnsi"/>
          <w:sz w:val="24"/>
          <w:szCs w:val="24"/>
        </w:rPr>
      </w:pPr>
      <w:r w:rsidRPr="00A95184">
        <w:rPr>
          <w:rFonts w:asciiTheme="majorHAnsi" w:hAnsiTheme="majorHAnsi" w:cstheme="majorHAnsi"/>
          <w:sz w:val="24"/>
          <w:szCs w:val="24"/>
        </w:rPr>
        <w:t>Withdrawals:</w:t>
      </w:r>
      <w:r w:rsidRPr="00A95184">
        <w:rPr>
          <w:rFonts w:asciiTheme="majorHAnsi" w:hAnsiTheme="majorHAnsi" w:cstheme="majorHAnsi"/>
          <w:sz w:val="24"/>
          <w:szCs w:val="24"/>
        </w:rPr>
        <w:tab/>
      </w:r>
      <w:r w:rsidRPr="00A95184">
        <w:rPr>
          <w:rFonts w:asciiTheme="majorHAnsi" w:hAnsiTheme="majorHAnsi" w:cstheme="majorHAnsi"/>
          <w:sz w:val="24"/>
          <w:szCs w:val="24"/>
        </w:rPr>
        <w:tab/>
        <w:t>$24,327.88</w:t>
      </w:r>
    </w:p>
    <w:p w14:paraId="0016F18D" w14:textId="302B34EE" w:rsidR="00A95184" w:rsidRPr="00A95184" w:rsidRDefault="00A95184" w:rsidP="00A95184">
      <w:pPr>
        <w:pStyle w:val="ListParagraph"/>
        <w:numPr>
          <w:ilvl w:val="3"/>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Ending Balance:</w:t>
      </w:r>
      <w:r>
        <w:rPr>
          <w:rFonts w:asciiTheme="majorHAnsi" w:hAnsiTheme="majorHAnsi" w:cstheme="majorHAnsi"/>
          <w:sz w:val="24"/>
          <w:szCs w:val="24"/>
        </w:rPr>
        <w:tab/>
      </w:r>
      <w:r>
        <w:rPr>
          <w:rFonts w:asciiTheme="majorHAnsi" w:hAnsiTheme="majorHAnsi" w:cstheme="majorHAnsi"/>
          <w:sz w:val="24"/>
          <w:szCs w:val="24"/>
        </w:rPr>
        <w:tab/>
        <w:t>$33,710.50</w:t>
      </w:r>
    </w:p>
    <w:p w14:paraId="2DF17993" w14:textId="77777777" w:rsidR="00A95184" w:rsidRDefault="00A95184" w:rsidP="00A95184">
      <w:pPr>
        <w:pStyle w:val="ListParagraph"/>
        <w:spacing w:after="0" w:line="240" w:lineRule="auto"/>
        <w:ind w:left="360"/>
        <w:rPr>
          <w:rFonts w:asciiTheme="majorHAnsi" w:hAnsiTheme="majorHAnsi" w:cstheme="majorHAnsi"/>
          <w:sz w:val="24"/>
          <w:szCs w:val="24"/>
        </w:rPr>
      </w:pPr>
    </w:p>
    <w:p w14:paraId="2898501F" w14:textId="77777777" w:rsidR="00A95184" w:rsidRDefault="00A95184" w:rsidP="00A95184">
      <w:pPr>
        <w:pStyle w:val="ListParagraph"/>
        <w:spacing w:after="0" w:line="240" w:lineRule="auto"/>
        <w:ind w:left="360"/>
        <w:rPr>
          <w:rFonts w:asciiTheme="majorHAnsi" w:hAnsiTheme="majorHAnsi" w:cstheme="majorHAnsi"/>
          <w:sz w:val="24"/>
          <w:szCs w:val="24"/>
        </w:rPr>
      </w:pPr>
    </w:p>
    <w:p w14:paraId="2BFD238D" w14:textId="0C77E808" w:rsidR="0009075D" w:rsidRDefault="00A95184" w:rsidP="003469C5">
      <w:pPr>
        <w:pStyle w:val="ListParagraph"/>
        <w:numPr>
          <w:ilvl w:val="0"/>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lastRenderedPageBreak/>
        <w:t>General</w:t>
      </w:r>
      <w:r w:rsidR="0009075D" w:rsidRPr="003469C5">
        <w:rPr>
          <w:rFonts w:asciiTheme="majorHAnsi" w:hAnsiTheme="majorHAnsi" w:cstheme="majorHAnsi"/>
          <w:sz w:val="24"/>
          <w:szCs w:val="24"/>
        </w:rPr>
        <w:t xml:space="preserve"> Board Updates:</w:t>
      </w:r>
    </w:p>
    <w:p w14:paraId="06D3A4D6" w14:textId="0F7AB750" w:rsidR="00A95184" w:rsidRDefault="00A95184" w:rsidP="00A95184">
      <w:pPr>
        <w:pStyle w:val="ListParagraph"/>
        <w:numPr>
          <w:ilvl w:val="1"/>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Flag Football Coordinator:</w:t>
      </w:r>
    </w:p>
    <w:p w14:paraId="6A17F77D" w14:textId="5241E4CE" w:rsidR="00A95184" w:rsidRDefault="00A95184" w:rsidP="00A95184">
      <w:pPr>
        <w:pStyle w:val="ListParagraph"/>
        <w:numPr>
          <w:ilvl w:val="2"/>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No Report</w:t>
      </w:r>
    </w:p>
    <w:p w14:paraId="522E6F11" w14:textId="0441320C" w:rsidR="00A95184" w:rsidRDefault="00A95184" w:rsidP="00A95184">
      <w:pPr>
        <w:pStyle w:val="ListParagraph"/>
        <w:numPr>
          <w:ilvl w:val="1"/>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Director of Communications:</w:t>
      </w:r>
    </w:p>
    <w:p w14:paraId="5D73A7C4" w14:textId="09A1AA03" w:rsidR="00A95184" w:rsidRDefault="00A95184" w:rsidP="00A95184">
      <w:pPr>
        <w:pStyle w:val="ListParagraph"/>
        <w:numPr>
          <w:ilvl w:val="2"/>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No Report</w:t>
      </w:r>
    </w:p>
    <w:p w14:paraId="25B854EC" w14:textId="5720421D" w:rsidR="00A95184" w:rsidRDefault="00A95184" w:rsidP="00A95184">
      <w:pPr>
        <w:pStyle w:val="ListParagraph"/>
        <w:numPr>
          <w:ilvl w:val="1"/>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Concession Stand / Volunteer Coordinator:</w:t>
      </w:r>
    </w:p>
    <w:p w14:paraId="75F3A39C" w14:textId="50B0E71E" w:rsidR="00A95184" w:rsidRDefault="00A95184" w:rsidP="00A95184">
      <w:pPr>
        <w:pStyle w:val="ListParagraph"/>
        <w:numPr>
          <w:ilvl w:val="2"/>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No Report</w:t>
      </w:r>
    </w:p>
    <w:p w14:paraId="52DC70FC" w14:textId="714F9378" w:rsidR="00A95184" w:rsidRDefault="00A95184" w:rsidP="00A95184">
      <w:pPr>
        <w:pStyle w:val="ListParagraph"/>
        <w:numPr>
          <w:ilvl w:val="1"/>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Assistant Cheer Coordinator:</w:t>
      </w:r>
    </w:p>
    <w:p w14:paraId="7245A2B7" w14:textId="24E0F708" w:rsidR="00A95184" w:rsidRPr="003469C5" w:rsidRDefault="00A95184" w:rsidP="00A95184">
      <w:pPr>
        <w:pStyle w:val="ListParagraph"/>
        <w:numPr>
          <w:ilvl w:val="2"/>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No Report</w:t>
      </w:r>
    </w:p>
    <w:p w14:paraId="56D55568" w14:textId="77777777" w:rsidR="00A95184" w:rsidRDefault="00A95184" w:rsidP="00A95184">
      <w:pPr>
        <w:pStyle w:val="ListParagraph"/>
        <w:spacing w:after="0" w:line="240" w:lineRule="auto"/>
        <w:ind w:left="360"/>
        <w:rPr>
          <w:rFonts w:asciiTheme="majorHAnsi" w:hAnsiTheme="majorHAnsi" w:cstheme="majorHAnsi"/>
          <w:sz w:val="24"/>
          <w:szCs w:val="24"/>
        </w:rPr>
      </w:pPr>
    </w:p>
    <w:p w14:paraId="3E245AD2" w14:textId="77777777" w:rsidR="00A95184" w:rsidRDefault="0009075D" w:rsidP="00A95184">
      <w:pPr>
        <w:pStyle w:val="ListParagraph"/>
        <w:numPr>
          <w:ilvl w:val="0"/>
          <w:numId w:val="17"/>
        </w:numPr>
        <w:spacing w:after="0" w:line="240" w:lineRule="auto"/>
        <w:rPr>
          <w:rFonts w:asciiTheme="majorHAnsi" w:hAnsiTheme="majorHAnsi" w:cstheme="majorHAnsi"/>
          <w:sz w:val="24"/>
          <w:szCs w:val="24"/>
        </w:rPr>
      </w:pPr>
      <w:r w:rsidRPr="003469C5">
        <w:rPr>
          <w:rFonts w:asciiTheme="majorHAnsi" w:hAnsiTheme="majorHAnsi" w:cstheme="majorHAnsi"/>
          <w:sz w:val="24"/>
          <w:szCs w:val="24"/>
        </w:rPr>
        <w:t>Important Dates &amp; Reminders</w:t>
      </w:r>
    </w:p>
    <w:p w14:paraId="2931AD07" w14:textId="77777777" w:rsidR="00A95184" w:rsidRDefault="00395FF9" w:rsidP="00A95184">
      <w:pPr>
        <w:pStyle w:val="ListParagraph"/>
        <w:numPr>
          <w:ilvl w:val="1"/>
          <w:numId w:val="17"/>
        </w:numPr>
        <w:spacing w:after="0" w:line="240" w:lineRule="auto"/>
        <w:rPr>
          <w:rFonts w:asciiTheme="majorHAnsi" w:hAnsiTheme="majorHAnsi" w:cstheme="majorHAnsi"/>
          <w:sz w:val="24"/>
          <w:szCs w:val="24"/>
        </w:rPr>
      </w:pPr>
      <w:r w:rsidRPr="00A95184">
        <w:rPr>
          <w:rFonts w:asciiTheme="majorHAnsi" w:hAnsiTheme="majorHAnsi" w:cstheme="majorHAnsi"/>
          <w:sz w:val="24"/>
          <w:szCs w:val="24"/>
        </w:rPr>
        <w:t>March 12, 2026: March Monthly Board Meeting at Cecil Generations Room</w:t>
      </w:r>
    </w:p>
    <w:p w14:paraId="4D8B8556" w14:textId="77777777" w:rsidR="00A95184" w:rsidRDefault="00395FF9" w:rsidP="00A95184">
      <w:pPr>
        <w:pStyle w:val="ListParagraph"/>
        <w:numPr>
          <w:ilvl w:val="1"/>
          <w:numId w:val="17"/>
        </w:numPr>
        <w:spacing w:after="0" w:line="240" w:lineRule="auto"/>
        <w:rPr>
          <w:rFonts w:asciiTheme="majorHAnsi" w:hAnsiTheme="majorHAnsi" w:cstheme="majorHAnsi"/>
          <w:sz w:val="24"/>
          <w:szCs w:val="24"/>
        </w:rPr>
      </w:pPr>
      <w:r w:rsidRPr="00A95184">
        <w:rPr>
          <w:rFonts w:asciiTheme="majorHAnsi" w:hAnsiTheme="majorHAnsi" w:cstheme="majorHAnsi"/>
          <w:sz w:val="24"/>
          <w:szCs w:val="24"/>
        </w:rPr>
        <w:t>April 1, 2026: Football and Cheer Registration Opens</w:t>
      </w:r>
    </w:p>
    <w:p w14:paraId="5A5A1AB9" w14:textId="77777777" w:rsidR="00A95184" w:rsidRDefault="00395FF9" w:rsidP="00A95184">
      <w:pPr>
        <w:pStyle w:val="ListParagraph"/>
        <w:numPr>
          <w:ilvl w:val="1"/>
          <w:numId w:val="17"/>
        </w:numPr>
        <w:spacing w:after="0" w:line="240" w:lineRule="auto"/>
        <w:rPr>
          <w:rFonts w:asciiTheme="majorHAnsi" w:hAnsiTheme="majorHAnsi" w:cstheme="majorHAnsi"/>
          <w:sz w:val="24"/>
          <w:szCs w:val="24"/>
        </w:rPr>
      </w:pPr>
      <w:r w:rsidRPr="00A95184">
        <w:rPr>
          <w:rFonts w:asciiTheme="majorHAnsi" w:hAnsiTheme="majorHAnsi" w:cstheme="majorHAnsi"/>
          <w:sz w:val="24"/>
          <w:szCs w:val="24"/>
        </w:rPr>
        <w:t>April 9, 2026: April Monthly Board Meeting at Cecil Generations Room</w:t>
      </w:r>
    </w:p>
    <w:p w14:paraId="2D9C1086" w14:textId="77777777" w:rsidR="00A95184" w:rsidRDefault="00395FF9" w:rsidP="00A95184">
      <w:pPr>
        <w:pStyle w:val="ListParagraph"/>
        <w:numPr>
          <w:ilvl w:val="1"/>
          <w:numId w:val="17"/>
        </w:numPr>
        <w:spacing w:after="0" w:line="240" w:lineRule="auto"/>
        <w:rPr>
          <w:rFonts w:asciiTheme="majorHAnsi" w:hAnsiTheme="majorHAnsi" w:cstheme="majorHAnsi"/>
          <w:sz w:val="24"/>
          <w:szCs w:val="24"/>
        </w:rPr>
      </w:pPr>
      <w:r w:rsidRPr="00A95184">
        <w:rPr>
          <w:rFonts w:asciiTheme="majorHAnsi" w:hAnsiTheme="majorHAnsi" w:cstheme="majorHAnsi"/>
          <w:sz w:val="24"/>
          <w:szCs w:val="24"/>
        </w:rPr>
        <w:t>May 1, 2026: Cheer Registration Ends</w:t>
      </w:r>
    </w:p>
    <w:p w14:paraId="1D7D6E81" w14:textId="77777777" w:rsidR="00A95184" w:rsidRDefault="00395FF9" w:rsidP="00A95184">
      <w:pPr>
        <w:pStyle w:val="ListParagraph"/>
        <w:numPr>
          <w:ilvl w:val="1"/>
          <w:numId w:val="17"/>
        </w:numPr>
        <w:spacing w:after="0" w:line="240" w:lineRule="auto"/>
        <w:rPr>
          <w:rFonts w:asciiTheme="majorHAnsi" w:hAnsiTheme="majorHAnsi" w:cstheme="majorHAnsi"/>
          <w:sz w:val="24"/>
          <w:szCs w:val="24"/>
        </w:rPr>
      </w:pPr>
      <w:r w:rsidRPr="00A95184">
        <w:rPr>
          <w:rFonts w:asciiTheme="majorHAnsi" w:hAnsiTheme="majorHAnsi" w:cstheme="majorHAnsi"/>
          <w:sz w:val="24"/>
          <w:szCs w:val="24"/>
        </w:rPr>
        <w:t>Early May / TBD: Cheer Uniform Fittings</w:t>
      </w:r>
    </w:p>
    <w:p w14:paraId="46DAC1E3" w14:textId="23F4DFF9" w:rsidR="0086065C" w:rsidRDefault="0086065C" w:rsidP="00A95184">
      <w:pPr>
        <w:pStyle w:val="ListParagraph"/>
        <w:numPr>
          <w:ilvl w:val="1"/>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Early June: Football Registration Ends</w:t>
      </w:r>
    </w:p>
    <w:p w14:paraId="4E324ACE" w14:textId="30B1948B" w:rsidR="0086065C" w:rsidRDefault="0086065C" w:rsidP="00A95184">
      <w:pPr>
        <w:pStyle w:val="ListParagraph"/>
        <w:numPr>
          <w:ilvl w:val="1"/>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June 8, 2026: League numbers due to SHYFL</w:t>
      </w:r>
    </w:p>
    <w:p w14:paraId="29CC85B0" w14:textId="55A57087" w:rsidR="00A95184" w:rsidRDefault="00395FF9" w:rsidP="00A95184">
      <w:pPr>
        <w:pStyle w:val="ListParagraph"/>
        <w:numPr>
          <w:ilvl w:val="1"/>
          <w:numId w:val="17"/>
        </w:numPr>
        <w:spacing w:after="0" w:line="240" w:lineRule="auto"/>
        <w:rPr>
          <w:rFonts w:asciiTheme="majorHAnsi" w:hAnsiTheme="majorHAnsi" w:cstheme="majorHAnsi"/>
          <w:sz w:val="24"/>
          <w:szCs w:val="24"/>
        </w:rPr>
      </w:pPr>
      <w:r w:rsidRPr="00A95184">
        <w:rPr>
          <w:rFonts w:asciiTheme="majorHAnsi" w:hAnsiTheme="majorHAnsi" w:cstheme="majorHAnsi"/>
          <w:sz w:val="24"/>
          <w:szCs w:val="24"/>
        </w:rPr>
        <w:t>August 9, 2026: Wild Things Game (Fundraiser – we get 50% of the ticket sales)</w:t>
      </w:r>
    </w:p>
    <w:p w14:paraId="33603284" w14:textId="6899C7D1" w:rsidR="0086065C" w:rsidRDefault="0086065C" w:rsidP="00A95184">
      <w:pPr>
        <w:pStyle w:val="ListParagraph"/>
        <w:numPr>
          <w:ilvl w:val="1"/>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August 13, 2026: Final rosters due to SHYFL</w:t>
      </w:r>
    </w:p>
    <w:p w14:paraId="5A16BBC0" w14:textId="77777777" w:rsidR="00A95184" w:rsidRDefault="00395FF9" w:rsidP="00A95184">
      <w:pPr>
        <w:pStyle w:val="ListParagraph"/>
        <w:numPr>
          <w:ilvl w:val="1"/>
          <w:numId w:val="17"/>
        </w:numPr>
        <w:spacing w:after="0" w:line="240" w:lineRule="auto"/>
        <w:rPr>
          <w:rFonts w:asciiTheme="majorHAnsi" w:hAnsiTheme="majorHAnsi" w:cstheme="majorHAnsi"/>
          <w:sz w:val="24"/>
          <w:szCs w:val="24"/>
        </w:rPr>
      </w:pPr>
      <w:r w:rsidRPr="00A95184">
        <w:rPr>
          <w:rFonts w:asciiTheme="majorHAnsi" w:hAnsiTheme="majorHAnsi" w:cstheme="majorHAnsi"/>
          <w:sz w:val="24"/>
          <w:szCs w:val="24"/>
        </w:rPr>
        <w:t>August 29, 2026: Week 1 of the 2026 Season</w:t>
      </w:r>
    </w:p>
    <w:p w14:paraId="4D47FB59" w14:textId="77777777" w:rsidR="00A95184" w:rsidRDefault="00395FF9" w:rsidP="00A95184">
      <w:pPr>
        <w:pStyle w:val="ListParagraph"/>
        <w:numPr>
          <w:ilvl w:val="1"/>
          <w:numId w:val="17"/>
        </w:numPr>
        <w:spacing w:after="0" w:line="240" w:lineRule="auto"/>
        <w:rPr>
          <w:rFonts w:asciiTheme="majorHAnsi" w:hAnsiTheme="majorHAnsi" w:cstheme="majorHAnsi"/>
          <w:sz w:val="24"/>
          <w:szCs w:val="24"/>
        </w:rPr>
      </w:pPr>
      <w:r w:rsidRPr="00A95184">
        <w:rPr>
          <w:rFonts w:asciiTheme="majorHAnsi" w:hAnsiTheme="majorHAnsi" w:cstheme="majorHAnsi"/>
          <w:sz w:val="24"/>
          <w:szCs w:val="24"/>
        </w:rPr>
        <w:t>October 17, 2026: First week of Playoffs (Tackle)</w:t>
      </w:r>
    </w:p>
    <w:p w14:paraId="269A7150" w14:textId="5F4B2FC3" w:rsidR="0086065C" w:rsidRPr="0086065C" w:rsidRDefault="00395FF9" w:rsidP="0086065C">
      <w:pPr>
        <w:pStyle w:val="ListParagraph"/>
        <w:numPr>
          <w:ilvl w:val="1"/>
          <w:numId w:val="17"/>
        </w:numPr>
        <w:spacing w:after="0" w:line="240" w:lineRule="auto"/>
        <w:rPr>
          <w:rFonts w:asciiTheme="majorHAnsi" w:hAnsiTheme="majorHAnsi" w:cstheme="majorHAnsi"/>
          <w:sz w:val="24"/>
          <w:szCs w:val="24"/>
        </w:rPr>
      </w:pPr>
      <w:r w:rsidRPr="00A95184">
        <w:rPr>
          <w:rFonts w:asciiTheme="majorHAnsi" w:hAnsiTheme="majorHAnsi" w:cstheme="majorHAnsi"/>
          <w:sz w:val="24"/>
          <w:szCs w:val="24"/>
        </w:rPr>
        <w:t>Nove</w:t>
      </w:r>
      <w:r w:rsidR="00D21F76" w:rsidRPr="00A95184">
        <w:rPr>
          <w:rFonts w:asciiTheme="majorHAnsi" w:hAnsiTheme="majorHAnsi" w:cstheme="majorHAnsi"/>
          <w:sz w:val="24"/>
          <w:szCs w:val="24"/>
        </w:rPr>
        <w:t>mber 1, 2026: Super Bowl</w:t>
      </w:r>
    </w:p>
    <w:p w14:paraId="264AF80A" w14:textId="77777777" w:rsidR="0086065C" w:rsidRDefault="0086065C" w:rsidP="00A95184">
      <w:pPr>
        <w:pStyle w:val="ListParagraph"/>
        <w:spacing w:after="0" w:line="240" w:lineRule="auto"/>
        <w:ind w:left="360"/>
        <w:rPr>
          <w:rFonts w:asciiTheme="majorHAnsi" w:hAnsiTheme="majorHAnsi" w:cstheme="majorHAnsi"/>
          <w:sz w:val="24"/>
          <w:szCs w:val="24"/>
        </w:rPr>
      </w:pPr>
    </w:p>
    <w:p w14:paraId="48C31FA0" w14:textId="77777777" w:rsidR="006E1E8D" w:rsidRDefault="003469C5" w:rsidP="006E1E8D">
      <w:pPr>
        <w:pStyle w:val="ListParagraph"/>
        <w:numPr>
          <w:ilvl w:val="0"/>
          <w:numId w:val="17"/>
        </w:numPr>
        <w:spacing w:after="0" w:line="240" w:lineRule="auto"/>
        <w:rPr>
          <w:rFonts w:asciiTheme="majorHAnsi" w:hAnsiTheme="majorHAnsi" w:cstheme="majorHAnsi"/>
          <w:sz w:val="24"/>
          <w:szCs w:val="24"/>
        </w:rPr>
      </w:pPr>
      <w:r w:rsidRPr="003469C5">
        <w:rPr>
          <w:rFonts w:asciiTheme="majorHAnsi" w:hAnsiTheme="majorHAnsi" w:cstheme="majorHAnsi"/>
          <w:sz w:val="24"/>
          <w:szCs w:val="24"/>
        </w:rPr>
        <w:t>New Business</w:t>
      </w:r>
    </w:p>
    <w:p w14:paraId="2A749E32" w14:textId="77777777" w:rsidR="006E1E8D" w:rsidRDefault="003469C5" w:rsidP="006E1E8D">
      <w:pPr>
        <w:pStyle w:val="ListParagraph"/>
        <w:numPr>
          <w:ilvl w:val="1"/>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SHYFL Updates:</w:t>
      </w:r>
    </w:p>
    <w:p w14:paraId="3EFEB6AC" w14:textId="77777777" w:rsidR="006E1E8D" w:rsidRDefault="003469C5" w:rsidP="006E1E8D">
      <w:pPr>
        <w:pStyle w:val="ListParagraph"/>
        <w:numPr>
          <w:ilvl w:val="2"/>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Open Proposals:</w:t>
      </w:r>
    </w:p>
    <w:p w14:paraId="4A0D40AA" w14:textId="77777777" w:rsidR="006E1E8D" w:rsidRDefault="003469C5" w:rsidP="006E1E8D">
      <w:pPr>
        <w:pStyle w:val="ListParagraph"/>
        <w:numPr>
          <w:ilvl w:val="3"/>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Split 5</w:t>
      </w:r>
      <w:r w:rsidRPr="006E1E8D">
        <w:rPr>
          <w:rFonts w:asciiTheme="majorHAnsi" w:hAnsiTheme="majorHAnsi" w:cstheme="majorHAnsi"/>
          <w:sz w:val="24"/>
          <w:szCs w:val="24"/>
          <w:vertAlign w:val="superscript"/>
        </w:rPr>
        <w:t>th</w:t>
      </w:r>
      <w:r w:rsidRPr="006E1E8D">
        <w:rPr>
          <w:rFonts w:asciiTheme="majorHAnsi" w:hAnsiTheme="majorHAnsi" w:cstheme="majorHAnsi"/>
          <w:sz w:val="24"/>
          <w:szCs w:val="24"/>
        </w:rPr>
        <w:t xml:space="preserve"> and 6</w:t>
      </w:r>
      <w:r w:rsidRPr="006E1E8D">
        <w:rPr>
          <w:rFonts w:asciiTheme="majorHAnsi" w:hAnsiTheme="majorHAnsi" w:cstheme="majorHAnsi"/>
          <w:sz w:val="24"/>
          <w:szCs w:val="24"/>
          <w:vertAlign w:val="superscript"/>
        </w:rPr>
        <w:t>th</w:t>
      </w:r>
      <w:r w:rsidRPr="006E1E8D">
        <w:rPr>
          <w:rFonts w:asciiTheme="majorHAnsi" w:hAnsiTheme="majorHAnsi" w:cstheme="majorHAnsi"/>
          <w:sz w:val="24"/>
          <w:szCs w:val="24"/>
        </w:rPr>
        <w:t xml:space="preserve"> grade into grade specific teams instead of mixed</w:t>
      </w:r>
    </w:p>
    <w:p w14:paraId="4E8329DA" w14:textId="2AD5151D" w:rsidR="006E1E8D" w:rsidRDefault="003469C5" w:rsidP="006E1E8D">
      <w:pPr>
        <w:pStyle w:val="ListParagraph"/>
        <w:numPr>
          <w:ilvl w:val="4"/>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If you don’t have enough 5</w:t>
      </w:r>
      <w:r w:rsidRPr="006E1E8D">
        <w:rPr>
          <w:rFonts w:asciiTheme="majorHAnsi" w:hAnsiTheme="majorHAnsi" w:cstheme="majorHAnsi"/>
          <w:sz w:val="24"/>
          <w:szCs w:val="24"/>
          <w:vertAlign w:val="superscript"/>
        </w:rPr>
        <w:t>th</w:t>
      </w:r>
      <w:r w:rsidRPr="006E1E8D">
        <w:rPr>
          <w:rFonts w:asciiTheme="majorHAnsi" w:hAnsiTheme="majorHAnsi" w:cstheme="majorHAnsi"/>
          <w:sz w:val="24"/>
          <w:szCs w:val="24"/>
        </w:rPr>
        <w:t xml:space="preserve"> graders to field a team, you would have to play them as a 5</w:t>
      </w:r>
      <w:r w:rsidRPr="006E1E8D">
        <w:rPr>
          <w:rFonts w:asciiTheme="majorHAnsi" w:hAnsiTheme="majorHAnsi" w:cstheme="majorHAnsi"/>
          <w:sz w:val="24"/>
          <w:szCs w:val="24"/>
          <w:vertAlign w:val="superscript"/>
        </w:rPr>
        <w:t>th</w:t>
      </w:r>
      <w:r w:rsidRPr="006E1E8D">
        <w:rPr>
          <w:rFonts w:asciiTheme="majorHAnsi" w:hAnsiTheme="majorHAnsi" w:cstheme="majorHAnsi"/>
          <w:sz w:val="24"/>
          <w:szCs w:val="24"/>
        </w:rPr>
        <w:t xml:space="preserve"> / 6</w:t>
      </w:r>
      <w:r w:rsidRPr="006E1E8D">
        <w:rPr>
          <w:rFonts w:asciiTheme="majorHAnsi" w:hAnsiTheme="majorHAnsi" w:cstheme="majorHAnsi"/>
          <w:sz w:val="24"/>
          <w:szCs w:val="24"/>
          <w:vertAlign w:val="superscript"/>
        </w:rPr>
        <w:t>th</w:t>
      </w:r>
      <w:r w:rsidRPr="006E1E8D">
        <w:rPr>
          <w:rFonts w:asciiTheme="majorHAnsi" w:hAnsiTheme="majorHAnsi" w:cstheme="majorHAnsi"/>
          <w:sz w:val="24"/>
          <w:szCs w:val="24"/>
        </w:rPr>
        <w:t xml:space="preserve"> grade combined </w:t>
      </w:r>
      <w:r w:rsidR="00190821" w:rsidRPr="006E1E8D">
        <w:rPr>
          <w:rFonts w:asciiTheme="majorHAnsi" w:hAnsiTheme="majorHAnsi" w:cstheme="majorHAnsi"/>
          <w:sz w:val="24"/>
          <w:szCs w:val="24"/>
        </w:rPr>
        <w:t>team,</w:t>
      </w:r>
      <w:r w:rsidRPr="006E1E8D">
        <w:rPr>
          <w:rFonts w:asciiTheme="majorHAnsi" w:hAnsiTheme="majorHAnsi" w:cstheme="majorHAnsi"/>
          <w:sz w:val="24"/>
          <w:szCs w:val="24"/>
        </w:rPr>
        <w:t xml:space="preserve"> and they would compete at the 6</w:t>
      </w:r>
      <w:r w:rsidRPr="006E1E8D">
        <w:rPr>
          <w:rFonts w:asciiTheme="majorHAnsi" w:hAnsiTheme="majorHAnsi" w:cstheme="majorHAnsi"/>
          <w:sz w:val="24"/>
          <w:szCs w:val="24"/>
          <w:vertAlign w:val="superscript"/>
        </w:rPr>
        <w:t>th</w:t>
      </w:r>
      <w:r w:rsidRPr="006E1E8D">
        <w:rPr>
          <w:rFonts w:asciiTheme="majorHAnsi" w:hAnsiTheme="majorHAnsi" w:cstheme="majorHAnsi"/>
          <w:sz w:val="24"/>
          <w:szCs w:val="24"/>
        </w:rPr>
        <w:t xml:space="preserve"> grade level</w:t>
      </w:r>
    </w:p>
    <w:p w14:paraId="76DF1DDF" w14:textId="77777777" w:rsidR="006E1E8D" w:rsidRDefault="003469C5" w:rsidP="006E1E8D">
      <w:pPr>
        <w:pStyle w:val="ListParagraph"/>
        <w:numPr>
          <w:ilvl w:val="4"/>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Splitting in this fashion will help with playing time</w:t>
      </w:r>
    </w:p>
    <w:p w14:paraId="25FB300B" w14:textId="77777777" w:rsidR="006E1E8D" w:rsidRDefault="003469C5" w:rsidP="006E1E8D">
      <w:pPr>
        <w:pStyle w:val="ListParagraph"/>
        <w:numPr>
          <w:ilvl w:val="4"/>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Will allow more time for those upcoming 5</w:t>
      </w:r>
      <w:r w:rsidRPr="006E1E8D">
        <w:rPr>
          <w:rFonts w:asciiTheme="majorHAnsi" w:hAnsiTheme="majorHAnsi" w:cstheme="majorHAnsi"/>
          <w:sz w:val="24"/>
          <w:szCs w:val="24"/>
          <w:vertAlign w:val="superscript"/>
        </w:rPr>
        <w:t>th</w:t>
      </w:r>
      <w:r w:rsidRPr="006E1E8D">
        <w:rPr>
          <w:rFonts w:asciiTheme="majorHAnsi" w:hAnsiTheme="majorHAnsi" w:cstheme="majorHAnsi"/>
          <w:sz w:val="24"/>
          <w:szCs w:val="24"/>
        </w:rPr>
        <w:t xml:space="preserve"> graders to get comfortable and gain more experience</w:t>
      </w:r>
    </w:p>
    <w:p w14:paraId="46DBF80E" w14:textId="6FA4C54E" w:rsidR="0013735A" w:rsidRDefault="0013735A" w:rsidP="006E1E8D">
      <w:pPr>
        <w:pStyle w:val="ListParagraph"/>
        <w:numPr>
          <w:ilvl w:val="4"/>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If we move to this split, is there a reason to still have the 5</w:t>
      </w:r>
      <w:r w:rsidRPr="0013735A">
        <w:rPr>
          <w:rFonts w:asciiTheme="majorHAnsi" w:hAnsiTheme="majorHAnsi" w:cstheme="majorHAnsi"/>
          <w:sz w:val="24"/>
          <w:szCs w:val="24"/>
          <w:vertAlign w:val="superscript"/>
        </w:rPr>
        <w:t>th</w:t>
      </w:r>
      <w:r>
        <w:rPr>
          <w:rFonts w:asciiTheme="majorHAnsi" w:hAnsiTheme="majorHAnsi" w:cstheme="majorHAnsi"/>
          <w:sz w:val="24"/>
          <w:szCs w:val="24"/>
        </w:rPr>
        <w:t xml:space="preserve"> quarter?</w:t>
      </w:r>
    </w:p>
    <w:p w14:paraId="661D3C0C" w14:textId="6842BCDB" w:rsidR="0013735A" w:rsidRDefault="0013735A" w:rsidP="0013735A">
      <w:pPr>
        <w:pStyle w:val="ListParagraph"/>
        <w:numPr>
          <w:ilvl w:val="5"/>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This is something that we could take to SHYFL and ask, but most schools like the 5</w:t>
      </w:r>
      <w:r w:rsidRPr="0013735A">
        <w:rPr>
          <w:rFonts w:asciiTheme="majorHAnsi" w:hAnsiTheme="majorHAnsi" w:cstheme="majorHAnsi"/>
          <w:sz w:val="24"/>
          <w:szCs w:val="24"/>
          <w:vertAlign w:val="superscript"/>
        </w:rPr>
        <w:t>th</w:t>
      </w:r>
      <w:r>
        <w:rPr>
          <w:rFonts w:asciiTheme="majorHAnsi" w:hAnsiTheme="majorHAnsi" w:cstheme="majorHAnsi"/>
          <w:sz w:val="24"/>
          <w:szCs w:val="24"/>
        </w:rPr>
        <w:t xml:space="preserve"> quarter, so doubtful</w:t>
      </w:r>
    </w:p>
    <w:p w14:paraId="4CD9DC61" w14:textId="187873DD" w:rsidR="00BD624A" w:rsidRDefault="00BD624A" w:rsidP="00BD624A">
      <w:pPr>
        <w:pStyle w:val="ListParagraph"/>
        <w:numPr>
          <w:ilvl w:val="4"/>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Will there be any consideration if you have a smaller 5</w:t>
      </w:r>
      <w:r w:rsidRPr="00BD624A">
        <w:rPr>
          <w:rFonts w:asciiTheme="majorHAnsi" w:hAnsiTheme="majorHAnsi" w:cstheme="majorHAnsi"/>
          <w:sz w:val="24"/>
          <w:szCs w:val="24"/>
          <w:vertAlign w:val="superscript"/>
        </w:rPr>
        <w:t>th</w:t>
      </w:r>
      <w:r>
        <w:rPr>
          <w:rFonts w:asciiTheme="majorHAnsi" w:hAnsiTheme="majorHAnsi" w:cstheme="majorHAnsi"/>
          <w:sz w:val="24"/>
          <w:szCs w:val="24"/>
        </w:rPr>
        <w:t xml:space="preserve"> grade team to allow a 6</w:t>
      </w:r>
      <w:r w:rsidRPr="00BD624A">
        <w:rPr>
          <w:rFonts w:asciiTheme="majorHAnsi" w:hAnsiTheme="majorHAnsi" w:cstheme="majorHAnsi"/>
          <w:sz w:val="24"/>
          <w:szCs w:val="24"/>
          <w:vertAlign w:val="superscript"/>
        </w:rPr>
        <w:t>th</w:t>
      </w:r>
      <w:r>
        <w:rPr>
          <w:rFonts w:asciiTheme="majorHAnsi" w:hAnsiTheme="majorHAnsi" w:cstheme="majorHAnsi"/>
          <w:sz w:val="24"/>
          <w:szCs w:val="24"/>
        </w:rPr>
        <w:t xml:space="preserve"> grader to play down? </w:t>
      </w:r>
      <w:r>
        <w:rPr>
          <w:rFonts w:asciiTheme="majorHAnsi" w:hAnsiTheme="majorHAnsi" w:cstheme="majorHAnsi"/>
          <w:sz w:val="24"/>
          <w:szCs w:val="24"/>
        </w:rPr>
        <w:lastRenderedPageBreak/>
        <w:t>May</w:t>
      </w:r>
      <w:r w:rsidR="00190821">
        <w:rPr>
          <w:rFonts w:asciiTheme="majorHAnsi" w:hAnsiTheme="majorHAnsi" w:cstheme="majorHAnsi"/>
          <w:sz w:val="24"/>
          <w:szCs w:val="24"/>
        </w:rPr>
        <w:t>be</w:t>
      </w:r>
      <w:r>
        <w:rPr>
          <w:rFonts w:asciiTheme="majorHAnsi" w:hAnsiTheme="majorHAnsi" w:cstheme="majorHAnsi"/>
          <w:sz w:val="24"/>
          <w:szCs w:val="24"/>
        </w:rPr>
        <w:t xml:space="preserve"> those who are on the smaller side or with less experience?</w:t>
      </w:r>
    </w:p>
    <w:p w14:paraId="765D2499" w14:textId="2C2D41BA" w:rsidR="00BD624A" w:rsidRDefault="00BD624A" w:rsidP="00BD624A">
      <w:pPr>
        <w:pStyle w:val="ListParagraph"/>
        <w:numPr>
          <w:ilvl w:val="5"/>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There was a discussion about allowing kids to play up, but not down</w:t>
      </w:r>
    </w:p>
    <w:p w14:paraId="171D22C8" w14:textId="14DE88D6" w:rsidR="00BD624A" w:rsidRDefault="00BD624A" w:rsidP="00BD624A">
      <w:pPr>
        <w:pStyle w:val="ListParagraph"/>
        <w:numPr>
          <w:ilvl w:val="5"/>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SHYFL in the past has voted on allowing players who are smaller to play down, but it is on a case by case scenario</w:t>
      </w:r>
    </w:p>
    <w:p w14:paraId="15911D54" w14:textId="77777777" w:rsidR="006E1E8D" w:rsidRDefault="003469C5" w:rsidP="006E1E8D">
      <w:pPr>
        <w:pStyle w:val="ListParagraph"/>
        <w:numPr>
          <w:ilvl w:val="3"/>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Split 3</w:t>
      </w:r>
      <w:r w:rsidRPr="006E1E8D">
        <w:rPr>
          <w:rFonts w:asciiTheme="majorHAnsi" w:hAnsiTheme="majorHAnsi" w:cstheme="majorHAnsi"/>
          <w:sz w:val="24"/>
          <w:szCs w:val="24"/>
          <w:vertAlign w:val="superscript"/>
        </w:rPr>
        <w:t>rd</w:t>
      </w:r>
      <w:r w:rsidRPr="006E1E8D">
        <w:rPr>
          <w:rFonts w:asciiTheme="majorHAnsi" w:hAnsiTheme="majorHAnsi" w:cstheme="majorHAnsi"/>
          <w:sz w:val="24"/>
          <w:szCs w:val="24"/>
        </w:rPr>
        <w:t xml:space="preserve"> and 4</w:t>
      </w:r>
      <w:r w:rsidRPr="006E1E8D">
        <w:rPr>
          <w:rFonts w:asciiTheme="majorHAnsi" w:hAnsiTheme="majorHAnsi" w:cstheme="majorHAnsi"/>
          <w:sz w:val="24"/>
          <w:szCs w:val="24"/>
          <w:vertAlign w:val="superscript"/>
        </w:rPr>
        <w:t>th</w:t>
      </w:r>
      <w:r w:rsidRPr="006E1E8D">
        <w:rPr>
          <w:rFonts w:asciiTheme="majorHAnsi" w:hAnsiTheme="majorHAnsi" w:cstheme="majorHAnsi"/>
          <w:sz w:val="24"/>
          <w:szCs w:val="24"/>
        </w:rPr>
        <w:t xml:space="preserve"> grade into grade specific teams instead of mixed</w:t>
      </w:r>
    </w:p>
    <w:p w14:paraId="42CAC02F" w14:textId="77777777" w:rsidR="006E1E8D" w:rsidRDefault="003469C5" w:rsidP="006E1E8D">
      <w:pPr>
        <w:pStyle w:val="ListParagraph"/>
        <w:numPr>
          <w:ilvl w:val="4"/>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Other schools don’t feel that they will have enough children in each grade to split at this level</w:t>
      </w:r>
    </w:p>
    <w:p w14:paraId="0EA0FD6C" w14:textId="77777777" w:rsidR="006E1E8D" w:rsidRDefault="003469C5" w:rsidP="006E1E8D">
      <w:pPr>
        <w:pStyle w:val="ListParagraph"/>
        <w:numPr>
          <w:ilvl w:val="3"/>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If the 5</w:t>
      </w:r>
      <w:r w:rsidRPr="006E1E8D">
        <w:rPr>
          <w:rFonts w:asciiTheme="majorHAnsi" w:hAnsiTheme="majorHAnsi" w:cstheme="majorHAnsi"/>
          <w:sz w:val="24"/>
          <w:szCs w:val="24"/>
          <w:vertAlign w:val="superscript"/>
        </w:rPr>
        <w:t>th</w:t>
      </w:r>
      <w:r w:rsidRPr="006E1E8D">
        <w:rPr>
          <w:rFonts w:asciiTheme="majorHAnsi" w:hAnsiTheme="majorHAnsi" w:cstheme="majorHAnsi"/>
          <w:sz w:val="24"/>
          <w:szCs w:val="24"/>
        </w:rPr>
        <w:t xml:space="preserve"> and 6</w:t>
      </w:r>
      <w:r w:rsidRPr="006E1E8D">
        <w:rPr>
          <w:rFonts w:asciiTheme="majorHAnsi" w:hAnsiTheme="majorHAnsi" w:cstheme="majorHAnsi"/>
          <w:sz w:val="24"/>
          <w:szCs w:val="24"/>
          <w:vertAlign w:val="superscript"/>
        </w:rPr>
        <w:t>th</w:t>
      </w:r>
      <w:r w:rsidRPr="006E1E8D">
        <w:rPr>
          <w:rFonts w:asciiTheme="majorHAnsi" w:hAnsiTheme="majorHAnsi" w:cstheme="majorHAnsi"/>
          <w:sz w:val="24"/>
          <w:szCs w:val="24"/>
        </w:rPr>
        <w:t xml:space="preserve"> grade level splits into grade specific teams, there is a possibility that the 6</w:t>
      </w:r>
      <w:r w:rsidRPr="006E1E8D">
        <w:rPr>
          <w:rFonts w:asciiTheme="majorHAnsi" w:hAnsiTheme="majorHAnsi" w:cstheme="majorHAnsi"/>
          <w:sz w:val="24"/>
          <w:szCs w:val="24"/>
          <w:vertAlign w:val="superscript"/>
        </w:rPr>
        <w:t>th</w:t>
      </w:r>
      <w:r w:rsidRPr="006E1E8D">
        <w:rPr>
          <w:rFonts w:asciiTheme="majorHAnsi" w:hAnsiTheme="majorHAnsi" w:cstheme="majorHAnsi"/>
          <w:sz w:val="24"/>
          <w:szCs w:val="24"/>
        </w:rPr>
        <w:t xml:space="preserve"> grade team will increase the max weight</w:t>
      </w:r>
    </w:p>
    <w:p w14:paraId="1203BB2F" w14:textId="77777777" w:rsidR="006E1E8D" w:rsidRDefault="003469C5" w:rsidP="006E1E8D">
      <w:pPr>
        <w:pStyle w:val="ListParagraph"/>
        <w:numPr>
          <w:ilvl w:val="2"/>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SHYFL has changed that all game films MUST be filmed from above, it cannot be filmed from the field</w:t>
      </w:r>
    </w:p>
    <w:p w14:paraId="6BF83EA1" w14:textId="77777777" w:rsidR="006E1E8D" w:rsidRDefault="003469C5" w:rsidP="006E1E8D">
      <w:pPr>
        <w:pStyle w:val="ListParagraph"/>
        <w:numPr>
          <w:ilvl w:val="2"/>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 xml:space="preserve">SHYFL is discussing the use of AI glasses on the field, there is no rule as of this time </w:t>
      </w:r>
    </w:p>
    <w:p w14:paraId="6A9EC19D" w14:textId="77777777" w:rsidR="006E1E8D" w:rsidRDefault="003469C5" w:rsidP="006E1E8D">
      <w:pPr>
        <w:pStyle w:val="ListParagraph"/>
        <w:numPr>
          <w:ilvl w:val="2"/>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Costs Due to SHYFL:</w:t>
      </w:r>
    </w:p>
    <w:p w14:paraId="66BC2DF2" w14:textId="77777777" w:rsidR="006E1E8D" w:rsidRDefault="003469C5" w:rsidP="006E1E8D">
      <w:pPr>
        <w:pStyle w:val="ListParagraph"/>
        <w:numPr>
          <w:ilvl w:val="3"/>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$662 payment for the Super Bowl (all organizations pay for this), it is being hosted by Upper St. Clair this year</w:t>
      </w:r>
    </w:p>
    <w:p w14:paraId="544C7056" w14:textId="77777777" w:rsidR="006E1E8D" w:rsidRDefault="003469C5" w:rsidP="006E1E8D">
      <w:pPr>
        <w:pStyle w:val="ListParagraph"/>
        <w:numPr>
          <w:ilvl w:val="3"/>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$100 payment for the Coaches Kickoff event</w:t>
      </w:r>
    </w:p>
    <w:p w14:paraId="18941082" w14:textId="0DB0D79E" w:rsidR="003469C5" w:rsidRPr="006E1E8D" w:rsidRDefault="003469C5" w:rsidP="006E1E8D">
      <w:pPr>
        <w:pStyle w:val="ListParagraph"/>
        <w:numPr>
          <w:ilvl w:val="2"/>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Next SHYFL meeting: Monday, February 16, 2026</w:t>
      </w:r>
    </w:p>
    <w:p w14:paraId="731A7C95" w14:textId="77777777" w:rsidR="006E1E8D" w:rsidRDefault="006E1E8D" w:rsidP="006E1E8D">
      <w:pPr>
        <w:pStyle w:val="ListParagraph"/>
        <w:spacing w:after="0" w:line="240" w:lineRule="auto"/>
        <w:ind w:left="360"/>
        <w:rPr>
          <w:rFonts w:asciiTheme="majorHAnsi" w:hAnsiTheme="majorHAnsi" w:cstheme="majorHAnsi"/>
          <w:sz w:val="24"/>
          <w:szCs w:val="24"/>
        </w:rPr>
      </w:pPr>
    </w:p>
    <w:p w14:paraId="0D9EC6D3" w14:textId="77777777" w:rsidR="006E1E8D" w:rsidRDefault="003469C5" w:rsidP="006E1E8D">
      <w:pPr>
        <w:pStyle w:val="ListParagraph"/>
        <w:numPr>
          <w:ilvl w:val="0"/>
          <w:numId w:val="17"/>
        </w:numPr>
        <w:spacing w:after="0" w:line="240" w:lineRule="auto"/>
        <w:rPr>
          <w:rFonts w:asciiTheme="majorHAnsi" w:hAnsiTheme="majorHAnsi" w:cstheme="majorHAnsi"/>
          <w:sz w:val="24"/>
          <w:szCs w:val="24"/>
        </w:rPr>
      </w:pPr>
      <w:r w:rsidRPr="003469C5">
        <w:rPr>
          <w:rFonts w:asciiTheme="majorHAnsi" w:hAnsiTheme="majorHAnsi" w:cstheme="majorHAnsi"/>
          <w:sz w:val="24"/>
          <w:szCs w:val="24"/>
        </w:rPr>
        <w:t>Old Business</w:t>
      </w:r>
    </w:p>
    <w:p w14:paraId="1F155200" w14:textId="77777777" w:rsidR="006E1E8D" w:rsidRDefault="003469C5" w:rsidP="006E1E8D">
      <w:pPr>
        <w:pStyle w:val="ListParagraph"/>
        <w:numPr>
          <w:ilvl w:val="1"/>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 xml:space="preserve">Press Box </w:t>
      </w:r>
    </w:p>
    <w:p w14:paraId="229599A8" w14:textId="77777777" w:rsidR="006E1E8D" w:rsidRDefault="003469C5" w:rsidP="006E1E8D">
      <w:pPr>
        <w:pStyle w:val="ListParagraph"/>
        <w:numPr>
          <w:ilvl w:val="2"/>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Sponsorships:</w:t>
      </w:r>
    </w:p>
    <w:p w14:paraId="47909CF6" w14:textId="77777777" w:rsidR="006E1E8D" w:rsidRDefault="003469C5" w:rsidP="006E1E8D">
      <w:pPr>
        <w:pStyle w:val="ListParagraph"/>
        <w:numPr>
          <w:ilvl w:val="3"/>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Currently we have received sponsorships from:</w:t>
      </w:r>
    </w:p>
    <w:p w14:paraId="031DF153" w14:textId="77777777" w:rsidR="006E1E8D" w:rsidRDefault="003469C5" w:rsidP="006E1E8D">
      <w:pPr>
        <w:pStyle w:val="ListParagraph"/>
        <w:numPr>
          <w:ilvl w:val="4"/>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TJD Energy Services, LLC ($500.00)</w:t>
      </w:r>
    </w:p>
    <w:p w14:paraId="5E7FA517" w14:textId="77777777" w:rsidR="006E1E8D" w:rsidRDefault="003469C5" w:rsidP="006E1E8D">
      <w:pPr>
        <w:pStyle w:val="ListParagraph"/>
        <w:numPr>
          <w:ilvl w:val="4"/>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Range Resources ($2,500.00)</w:t>
      </w:r>
    </w:p>
    <w:p w14:paraId="27F3E924" w14:textId="77777777" w:rsidR="006E1E8D" w:rsidRDefault="003469C5" w:rsidP="006E1E8D">
      <w:pPr>
        <w:pStyle w:val="ListParagraph"/>
        <w:numPr>
          <w:ilvl w:val="3"/>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We still have requests out to: Clearview, Dick’s Sporting Goods, JB Life, Washington Chevy, and CNX</w:t>
      </w:r>
    </w:p>
    <w:p w14:paraId="1902255F" w14:textId="77777777" w:rsidR="006E1E8D" w:rsidRDefault="003469C5" w:rsidP="006E1E8D">
      <w:pPr>
        <w:pStyle w:val="ListParagraph"/>
        <w:numPr>
          <w:ilvl w:val="3"/>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If you know of anyone who would like to donate to help us rebuild the press box, please reach out to Tammy or Nick</w:t>
      </w:r>
    </w:p>
    <w:p w14:paraId="44C49968" w14:textId="57078F95" w:rsidR="006E1E8D" w:rsidRDefault="003469C5" w:rsidP="006E1E8D">
      <w:pPr>
        <w:pStyle w:val="ListParagraph"/>
        <w:numPr>
          <w:ilvl w:val="2"/>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 xml:space="preserve">We will be working to get 2-3 quotes for the work with the hope </w:t>
      </w:r>
      <w:r w:rsidR="00190821" w:rsidRPr="006E1E8D">
        <w:rPr>
          <w:rFonts w:asciiTheme="majorHAnsi" w:hAnsiTheme="majorHAnsi" w:cstheme="majorHAnsi"/>
          <w:sz w:val="24"/>
          <w:szCs w:val="24"/>
        </w:rPr>
        <w:t>of breaking</w:t>
      </w:r>
      <w:r w:rsidRPr="006E1E8D">
        <w:rPr>
          <w:rFonts w:asciiTheme="majorHAnsi" w:hAnsiTheme="majorHAnsi" w:cstheme="majorHAnsi"/>
          <w:sz w:val="24"/>
          <w:szCs w:val="24"/>
        </w:rPr>
        <w:t xml:space="preserve"> ground once </w:t>
      </w:r>
      <w:r w:rsidR="00190821" w:rsidRPr="006E1E8D">
        <w:rPr>
          <w:rFonts w:asciiTheme="majorHAnsi" w:hAnsiTheme="majorHAnsi" w:cstheme="majorHAnsi"/>
          <w:sz w:val="24"/>
          <w:szCs w:val="24"/>
        </w:rPr>
        <w:t>spring</w:t>
      </w:r>
      <w:r w:rsidRPr="006E1E8D">
        <w:rPr>
          <w:rFonts w:asciiTheme="majorHAnsi" w:hAnsiTheme="majorHAnsi" w:cstheme="majorHAnsi"/>
          <w:sz w:val="24"/>
          <w:szCs w:val="24"/>
        </w:rPr>
        <w:t xml:space="preserve"> comes</w:t>
      </w:r>
    </w:p>
    <w:p w14:paraId="56DC76DA" w14:textId="77777777" w:rsidR="006E1E8D" w:rsidRDefault="003469C5" w:rsidP="006E1E8D">
      <w:pPr>
        <w:pStyle w:val="ListParagraph"/>
        <w:numPr>
          <w:ilvl w:val="1"/>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Elections:</w:t>
      </w:r>
    </w:p>
    <w:p w14:paraId="373E4FA2" w14:textId="77777777" w:rsidR="006E1E8D" w:rsidRDefault="003469C5" w:rsidP="006E1E8D">
      <w:pPr>
        <w:pStyle w:val="ListParagraph"/>
        <w:numPr>
          <w:ilvl w:val="2"/>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Open Positions:</w:t>
      </w:r>
    </w:p>
    <w:p w14:paraId="5E62AB6C" w14:textId="77777777" w:rsidR="006E1E8D" w:rsidRDefault="003469C5" w:rsidP="006E1E8D">
      <w:pPr>
        <w:pStyle w:val="ListParagraph"/>
        <w:numPr>
          <w:ilvl w:val="3"/>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Vice President</w:t>
      </w:r>
    </w:p>
    <w:p w14:paraId="175AC7B2" w14:textId="77777777" w:rsidR="006E1E8D" w:rsidRDefault="003469C5" w:rsidP="006E1E8D">
      <w:pPr>
        <w:pStyle w:val="ListParagraph"/>
        <w:numPr>
          <w:ilvl w:val="3"/>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Secretary</w:t>
      </w:r>
    </w:p>
    <w:p w14:paraId="22EF9537" w14:textId="77777777" w:rsidR="006E1E8D" w:rsidRDefault="003469C5" w:rsidP="006E1E8D">
      <w:pPr>
        <w:pStyle w:val="ListParagraph"/>
        <w:numPr>
          <w:ilvl w:val="3"/>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Tackle Coordinator</w:t>
      </w:r>
    </w:p>
    <w:p w14:paraId="400F4270" w14:textId="77777777" w:rsidR="006E1E8D" w:rsidRDefault="003469C5" w:rsidP="006E1E8D">
      <w:pPr>
        <w:pStyle w:val="ListParagraph"/>
        <w:numPr>
          <w:ilvl w:val="3"/>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Flag Coordinator</w:t>
      </w:r>
    </w:p>
    <w:p w14:paraId="6CFFC558" w14:textId="77777777" w:rsidR="006E1E8D" w:rsidRDefault="003469C5" w:rsidP="006E1E8D">
      <w:pPr>
        <w:pStyle w:val="ListParagraph"/>
        <w:numPr>
          <w:ilvl w:val="3"/>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Assistant Flag Coordinator</w:t>
      </w:r>
    </w:p>
    <w:p w14:paraId="71865201" w14:textId="77777777" w:rsidR="006E1E8D" w:rsidRDefault="003469C5" w:rsidP="006E1E8D">
      <w:pPr>
        <w:pStyle w:val="ListParagraph"/>
        <w:numPr>
          <w:ilvl w:val="3"/>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Communications Coordinator</w:t>
      </w:r>
    </w:p>
    <w:p w14:paraId="576A9B99" w14:textId="77777777" w:rsidR="006E1E8D" w:rsidRDefault="003469C5" w:rsidP="006E1E8D">
      <w:pPr>
        <w:pStyle w:val="ListParagraph"/>
        <w:numPr>
          <w:ilvl w:val="3"/>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lastRenderedPageBreak/>
        <w:t>Concession</w:t>
      </w:r>
      <w:r w:rsidR="006E1E8D">
        <w:rPr>
          <w:rFonts w:asciiTheme="majorHAnsi" w:hAnsiTheme="majorHAnsi" w:cstheme="majorHAnsi"/>
          <w:sz w:val="24"/>
          <w:szCs w:val="24"/>
        </w:rPr>
        <w:t xml:space="preserve"> Stand</w:t>
      </w:r>
      <w:r w:rsidRPr="006E1E8D">
        <w:rPr>
          <w:rFonts w:asciiTheme="majorHAnsi" w:hAnsiTheme="majorHAnsi" w:cstheme="majorHAnsi"/>
          <w:sz w:val="24"/>
          <w:szCs w:val="24"/>
        </w:rPr>
        <w:t xml:space="preserve"> / Volunteer Coordinator</w:t>
      </w:r>
    </w:p>
    <w:p w14:paraId="4C134869" w14:textId="77777777" w:rsidR="006E1E8D" w:rsidRDefault="003469C5" w:rsidP="006E1E8D">
      <w:pPr>
        <w:pStyle w:val="ListParagraph"/>
        <w:numPr>
          <w:ilvl w:val="2"/>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Process:</w:t>
      </w:r>
    </w:p>
    <w:p w14:paraId="0298B0DC" w14:textId="77777777" w:rsidR="006E1E8D" w:rsidRDefault="003469C5" w:rsidP="006E1E8D">
      <w:pPr>
        <w:pStyle w:val="ListParagraph"/>
        <w:numPr>
          <w:ilvl w:val="3"/>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Rodney will send out a link for voting for open positions on Friday, February 13, 2026. Voting will close on Monday, February 16, 2026. An email will be sent out once votes are tallied to introduce the new board members.</w:t>
      </w:r>
    </w:p>
    <w:p w14:paraId="11517D45" w14:textId="4B06F1CF" w:rsidR="006E1E8D" w:rsidRDefault="003469C5" w:rsidP="006E1E8D">
      <w:pPr>
        <w:pStyle w:val="ListParagraph"/>
        <w:numPr>
          <w:ilvl w:val="2"/>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 xml:space="preserve">Rodney opened up the floor to </w:t>
      </w:r>
      <w:r w:rsidR="00190821" w:rsidRPr="006E1E8D">
        <w:rPr>
          <w:rFonts w:asciiTheme="majorHAnsi" w:hAnsiTheme="majorHAnsi" w:cstheme="majorHAnsi"/>
          <w:sz w:val="24"/>
          <w:szCs w:val="24"/>
        </w:rPr>
        <w:t>questions</w:t>
      </w:r>
      <w:r w:rsidRPr="006E1E8D">
        <w:rPr>
          <w:rFonts w:asciiTheme="majorHAnsi" w:hAnsiTheme="majorHAnsi" w:cstheme="majorHAnsi"/>
          <w:sz w:val="24"/>
          <w:szCs w:val="24"/>
        </w:rPr>
        <w:t xml:space="preserve"> about the voting process</w:t>
      </w:r>
    </w:p>
    <w:p w14:paraId="4C7D2D7E" w14:textId="77777777" w:rsidR="006E1E8D" w:rsidRDefault="003469C5" w:rsidP="006E1E8D">
      <w:pPr>
        <w:pStyle w:val="ListParagraph"/>
        <w:numPr>
          <w:ilvl w:val="3"/>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Who is eligible to vote?</w:t>
      </w:r>
    </w:p>
    <w:p w14:paraId="3942208C" w14:textId="698C754E" w:rsidR="003469C5" w:rsidRPr="006E1E8D" w:rsidRDefault="003469C5" w:rsidP="006E1E8D">
      <w:pPr>
        <w:pStyle w:val="ListParagraph"/>
        <w:numPr>
          <w:ilvl w:val="4"/>
          <w:numId w:val="17"/>
        </w:numPr>
        <w:spacing w:after="0" w:line="240" w:lineRule="auto"/>
        <w:rPr>
          <w:rFonts w:asciiTheme="majorHAnsi" w:hAnsiTheme="majorHAnsi" w:cstheme="majorHAnsi"/>
          <w:sz w:val="24"/>
          <w:szCs w:val="24"/>
        </w:rPr>
      </w:pPr>
      <w:r w:rsidRPr="006E1E8D">
        <w:rPr>
          <w:rFonts w:asciiTheme="majorHAnsi" w:hAnsiTheme="majorHAnsi" w:cstheme="majorHAnsi"/>
          <w:sz w:val="24"/>
          <w:szCs w:val="24"/>
        </w:rPr>
        <w:t>Rodney ran through the list of those who are eligible to vote</w:t>
      </w:r>
    </w:p>
    <w:p w14:paraId="36CEFE21" w14:textId="77777777" w:rsidR="006E1E8D" w:rsidRDefault="006E1E8D" w:rsidP="006E1E8D">
      <w:pPr>
        <w:pStyle w:val="ListParagraph"/>
        <w:spacing w:after="0" w:line="240" w:lineRule="auto"/>
        <w:ind w:left="360"/>
        <w:rPr>
          <w:rFonts w:asciiTheme="majorHAnsi" w:hAnsiTheme="majorHAnsi" w:cstheme="majorHAnsi"/>
          <w:sz w:val="24"/>
          <w:szCs w:val="24"/>
        </w:rPr>
      </w:pPr>
    </w:p>
    <w:p w14:paraId="2F4FA226" w14:textId="794713C9" w:rsidR="003469C5" w:rsidRPr="003469C5" w:rsidRDefault="0009075D" w:rsidP="003469C5">
      <w:pPr>
        <w:pStyle w:val="ListParagraph"/>
        <w:numPr>
          <w:ilvl w:val="0"/>
          <w:numId w:val="17"/>
        </w:numPr>
        <w:spacing w:after="0" w:line="240" w:lineRule="auto"/>
        <w:rPr>
          <w:rFonts w:asciiTheme="majorHAnsi" w:hAnsiTheme="majorHAnsi" w:cstheme="majorHAnsi"/>
          <w:sz w:val="24"/>
          <w:szCs w:val="24"/>
        </w:rPr>
      </w:pPr>
      <w:r w:rsidRPr="003469C5">
        <w:rPr>
          <w:rFonts w:asciiTheme="majorHAnsi" w:hAnsiTheme="majorHAnsi" w:cstheme="majorHAnsi"/>
          <w:sz w:val="24"/>
          <w:szCs w:val="24"/>
        </w:rPr>
        <w:t>Open Floor / Member Questions</w:t>
      </w:r>
    </w:p>
    <w:p w14:paraId="71CDB84E" w14:textId="3D714454" w:rsidR="006E1E8D" w:rsidRDefault="006E1E8D" w:rsidP="006E1E8D">
      <w:pPr>
        <w:pStyle w:val="ListParagraph"/>
        <w:numPr>
          <w:ilvl w:val="1"/>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A coach has a parent who reached out about turning in their tackle players uniform, the coach will pick it up from the parent and turn it into Rodney</w:t>
      </w:r>
    </w:p>
    <w:p w14:paraId="73880C63" w14:textId="7F86E591" w:rsidR="0013735A" w:rsidRDefault="0013735A" w:rsidP="006E1E8D">
      <w:pPr>
        <w:pStyle w:val="ListParagraph"/>
        <w:numPr>
          <w:ilvl w:val="1"/>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How are we getting information out about the flag program opening up to include 5</w:t>
      </w:r>
      <w:r w:rsidRPr="0013735A">
        <w:rPr>
          <w:rFonts w:asciiTheme="majorHAnsi" w:hAnsiTheme="majorHAnsi" w:cstheme="majorHAnsi"/>
          <w:sz w:val="24"/>
          <w:szCs w:val="24"/>
          <w:vertAlign w:val="superscript"/>
        </w:rPr>
        <w:t>th</w:t>
      </w:r>
      <w:r>
        <w:rPr>
          <w:rFonts w:asciiTheme="majorHAnsi" w:hAnsiTheme="majorHAnsi" w:cstheme="majorHAnsi"/>
          <w:sz w:val="24"/>
          <w:szCs w:val="24"/>
        </w:rPr>
        <w:t xml:space="preserve"> and 6</w:t>
      </w:r>
      <w:r w:rsidRPr="0013735A">
        <w:rPr>
          <w:rFonts w:asciiTheme="majorHAnsi" w:hAnsiTheme="majorHAnsi" w:cstheme="majorHAnsi"/>
          <w:sz w:val="24"/>
          <w:szCs w:val="24"/>
          <w:vertAlign w:val="superscript"/>
        </w:rPr>
        <w:t>th</w:t>
      </w:r>
      <w:r>
        <w:rPr>
          <w:rFonts w:asciiTheme="majorHAnsi" w:hAnsiTheme="majorHAnsi" w:cstheme="majorHAnsi"/>
          <w:sz w:val="24"/>
          <w:szCs w:val="24"/>
        </w:rPr>
        <w:t xml:space="preserve"> graders this year?</w:t>
      </w:r>
    </w:p>
    <w:p w14:paraId="310CAC5E" w14:textId="5BEBCAE2" w:rsidR="0013735A" w:rsidRDefault="0013735A" w:rsidP="0013735A">
      <w:pPr>
        <w:pStyle w:val="ListParagraph"/>
        <w:numPr>
          <w:ilvl w:val="2"/>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Discussed that we can make a flyer and send it to the school to distribute and that we can post them out in the community and to social media</w:t>
      </w:r>
    </w:p>
    <w:p w14:paraId="63460550" w14:textId="44EB2B70" w:rsidR="0013735A" w:rsidRDefault="0013735A" w:rsidP="0013735A">
      <w:pPr>
        <w:pStyle w:val="ListParagraph"/>
        <w:numPr>
          <w:ilvl w:val="2"/>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We are open to any ideas that anyone has</w:t>
      </w:r>
    </w:p>
    <w:p w14:paraId="2DAFA74D" w14:textId="7B77E767" w:rsidR="0086065C" w:rsidRDefault="0086065C" w:rsidP="0086065C">
      <w:pPr>
        <w:pStyle w:val="ListParagraph"/>
        <w:numPr>
          <w:ilvl w:val="1"/>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A coach asked about getting Hu</w:t>
      </w:r>
      <w:r w:rsidR="00B44516">
        <w:rPr>
          <w:rFonts w:asciiTheme="majorHAnsi" w:hAnsiTheme="majorHAnsi" w:cstheme="majorHAnsi"/>
          <w:sz w:val="24"/>
          <w:szCs w:val="24"/>
        </w:rPr>
        <w:t>dl Assist</w:t>
      </w:r>
      <w:r>
        <w:rPr>
          <w:rFonts w:asciiTheme="majorHAnsi" w:hAnsiTheme="majorHAnsi" w:cstheme="majorHAnsi"/>
          <w:sz w:val="24"/>
          <w:szCs w:val="24"/>
        </w:rPr>
        <w:t xml:space="preserve"> through Hu</w:t>
      </w:r>
      <w:r w:rsidR="00B44516">
        <w:rPr>
          <w:rFonts w:asciiTheme="majorHAnsi" w:hAnsiTheme="majorHAnsi" w:cstheme="majorHAnsi"/>
          <w:sz w:val="24"/>
          <w:szCs w:val="24"/>
        </w:rPr>
        <w:t>dl</w:t>
      </w:r>
      <w:r>
        <w:rPr>
          <w:rFonts w:asciiTheme="majorHAnsi" w:hAnsiTheme="majorHAnsi" w:cstheme="majorHAnsi"/>
          <w:sz w:val="24"/>
          <w:szCs w:val="24"/>
        </w:rPr>
        <w:t xml:space="preserve"> for game film?</w:t>
      </w:r>
    </w:p>
    <w:p w14:paraId="3FA9BD93" w14:textId="001683FD" w:rsidR="0086065C" w:rsidRDefault="0086065C" w:rsidP="0086065C">
      <w:pPr>
        <w:pStyle w:val="ListParagraph"/>
        <w:numPr>
          <w:ilvl w:val="2"/>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Rodney said that we currently pay $400, the coach said this would be an additional $400 cost</w:t>
      </w:r>
    </w:p>
    <w:p w14:paraId="6CC070AE" w14:textId="02A13FC6" w:rsidR="0086065C" w:rsidRDefault="0086065C" w:rsidP="0086065C">
      <w:pPr>
        <w:pStyle w:val="ListParagraph"/>
        <w:numPr>
          <w:ilvl w:val="2"/>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Rodeny said he will check with SHYFL</w:t>
      </w:r>
    </w:p>
    <w:p w14:paraId="29F5F97F" w14:textId="77777777" w:rsidR="0013735A" w:rsidRDefault="0013735A" w:rsidP="0013735A">
      <w:pPr>
        <w:pStyle w:val="ListParagraph"/>
        <w:spacing w:after="0" w:line="240" w:lineRule="auto"/>
        <w:ind w:left="1800"/>
        <w:rPr>
          <w:rFonts w:asciiTheme="majorHAnsi" w:hAnsiTheme="majorHAnsi" w:cstheme="majorHAnsi"/>
          <w:sz w:val="24"/>
          <w:szCs w:val="24"/>
        </w:rPr>
      </w:pPr>
    </w:p>
    <w:p w14:paraId="52BF2F1E" w14:textId="77777777" w:rsidR="00BD624A" w:rsidRDefault="0009075D" w:rsidP="00BD624A">
      <w:pPr>
        <w:pStyle w:val="ListParagraph"/>
        <w:numPr>
          <w:ilvl w:val="0"/>
          <w:numId w:val="17"/>
        </w:numPr>
        <w:spacing w:after="0" w:line="240" w:lineRule="auto"/>
        <w:rPr>
          <w:rFonts w:asciiTheme="majorHAnsi" w:hAnsiTheme="majorHAnsi" w:cstheme="majorHAnsi"/>
          <w:sz w:val="24"/>
          <w:szCs w:val="24"/>
        </w:rPr>
      </w:pPr>
      <w:r w:rsidRPr="003469C5">
        <w:rPr>
          <w:rFonts w:asciiTheme="majorHAnsi" w:hAnsiTheme="majorHAnsi" w:cstheme="majorHAnsi"/>
          <w:sz w:val="24"/>
          <w:szCs w:val="24"/>
        </w:rPr>
        <w:t>Closing Remarks &amp; Adjournment</w:t>
      </w:r>
    </w:p>
    <w:p w14:paraId="3A9569A7" w14:textId="0A61228B" w:rsidR="00BD624A" w:rsidRDefault="00BD624A" w:rsidP="00BD624A">
      <w:pPr>
        <w:pStyle w:val="ListParagraph"/>
        <w:numPr>
          <w:ilvl w:val="1"/>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Closing Remarks:</w:t>
      </w:r>
    </w:p>
    <w:p w14:paraId="2EA8C3A0" w14:textId="1B782693" w:rsidR="00BD624A" w:rsidRDefault="00BD624A" w:rsidP="00BD624A">
      <w:pPr>
        <w:pStyle w:val="ListParagraph"/>
        <w:numPr>
          <w:ilvl w:val="2"/>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Please keep in mind that once we send out the election results, we will be wiping the system to prepare for the new season. Once we do that, we are no longer able to send out emails. We will post important information to the website and social media.</w:t>
      </w:r>
    </w:p>
    <w:p w14:paraId="3E98083A" w14:textId="78304580" w:rsidR="00BD624A" w:rsidRDefault="00BD624A" w:rsidP="00BD624A">
      <w:pPr>
        <w:pStyle w:val="ListParagraph"/>
        <w:numPr>
          <w:ilvl w:val="2"/>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All board meetings will be held on the 2</w:t>
      </w:r>
      <w:r w:rsidRPr="00BD624A">
        <w:rPr>
          <w:rFonts w:asciiTheme="majorHAnsi" w:hAnsiTheme="majorHAnsi" w:cstheme="majorHAnsi"/>
          <w:sz w:val="24"/>
          <w:szCs w:val="24"/>
          <w:vertAlign w:val="superscript"/>
        </w:rPr>
        <w:t>nd</w:t>
      </w:r>
      <w:r>
        <w:rPr>
          <w:rFonts w:asciiTheme="majorHAnsi" w:hAnsiTheme="majorHAnsi" w:cstheme="majorHAnsi"/>
          <w:sz w:val="24"/>
          <w:szCs w:val="24"/>
        </w:rPr>
        <w:t xml:space="preserve"> Thursday of the month at 7pm unless otherwise announced.</w:t>
      </w:r>
    </w:p>
    <w:p w14:paraId="3924A6E5" w14:textId="780A88F7" w:rsidR="00BD624A" w:rsidRPr="00BD624A" w:rsidRDefault="00BD624A" w:rsidP="00BD624A">
      <w:pPr>
        <w:pStyle w:val="ListParagraph"/>
        <w:numPr>
          <w:ilvl w:val="2"/>
          <w:numId w:val="17"/>
        </w:numPr>
        <w:spacing w:after="0" w:line="240" w:lineRule="auto"/>
        <w:rPr>
          <w:rFonts w:asciiTheme="majorHAnsi" w:hAnsiTheme="majorHAnsi" w:cstheme="majorHAnsi"/>
          <w:sz w:val="24"/>
          <w:szCs w:val="24"/>
        </w:rPr>
      </w:pPr>
      <w:r>
        <w:rPr>
          <w:rFonts w:asciiTheme="majorHAnsi" w:hAnsiTheme="majorHAnsi" w:cstheme="majorHAnsi"/>
          <w:sz w:val="24"/>
          <w:szCs w:val="24"/>
        </w:rPr>
        <w:t xml:space="preserve">Nick requested that when you register for the upcoming </w:t>
      </w:r>
      <w:r w:rsidR="00190821">
        <w:rPr>
          <w:rFonts w:asciiTheme="majorHAnsi" w:hAnsiTheme="majorHAnsi" w:cstheme="majorHAnsi"/>
          <w:sz w:val="24"/>
          <w:szCs w:val="24"/>
        </w:rPr>
        <w:t>season</w:t>
      </w:r>
      <w:r>
        <w:rPr>
          <w:rFonts w:asciiTheme="majorHAnsi" w:hAnsiTheme="majorHAnsi" w:cstheme="majorHAnsi"/>
          <w:sz w:val="24"/>
          <w:szCs w:val="24"/>
        </w:rPr>
        <w:t xml:space="preserve"> please include a secondary email address so that we can ensure everyone is receiving the leagues emails.</w:t>
      </w:r>
    </w:p>
    <w:p w14:paraId="65068C77" w14:textId="47479722" w:rsidR="00BD624A" w:rsidRDefault="0009075D" w:rsidP="00BD624A">
      <w:pPr>
        <w:pStyle w:val="ListParagraph"/>
        <w:numPr>
          <w:ilvl w:val="1"/>
          <w:numId w:val="17"/>
        </w:numPr>
        <w:spacing w:after="0" w:line="240" w:lineRule="auto"/>
        <w:rPr>
          <w:rFonts w:asciiTheme="majorHAnsi" w:hAnsiTheme="majorHAnsi" w:cstheme="majorHAnsi"/>
          <w:sz w:val="24"/>
          <w:szCs w:val="24"/>
        </w:rPr>
      </w:pPr>
      <w:r w:rsidRPr="00BD624A">
        <w:rPr>
          <w:rFonts w:asciiTheme="majorHAnsi" w:hAnsiTheme="majorHAnsi" w:cstheme="majorHAnsi"/>
          <w:sz w:val="24"/>
          <w:szCs w:val="24"/>
        </w:rPr>
        <w:t>Next Meeting Date:</w:t>
      </w:r>
      <w:r w:rsidR="0013735A" w:rsidRPr="00BD624A">
        <w:rPr>
          <w:rFonts w:asciiTheme="majorHAnsi" w:hAnsiTheme="majorHAnsi" w:cstheme="majorHAnsi"/>
          <w:sz w:val="24"/>
          <w:szCs w:val="24"/>
        </w:rPr>
        <w:t xml:space="preserve"> Thursday, March </w:t>
      </w:r>
    </w:p>
    <w:p w14:paraId="36AE5B16" w14:textId="3BB1C4D2" w:rsidR="0086065C" w:rsidRPr="0086065C" w:rsidRDefault="0009075D" w:rsidP="0086065C">
      <w:pPr>
        <w:pStyle w:val="ListParagraph"/>
        <w:numPr>
          <w:ilvl w:val="1"/>
          <w:numId w:val="17"/>
        </w:numPr>
        <w:spacing w:after="0" w:line="240" w:lineRule="auto"/>
        <w:rPr>
          <w:rFonts w:asciiTheme="majorHAnsi" w:hAnsiTheme="majorHAnsi" w:cstheme="majorHAnsi"/>
          <w:sz w:val="24"/>
          <w:szCs w:val="24"/>
        </w:rPr>
      </w:pPr>
      <w:r w:rsidRPr="00BD624A">
        <w:rPr>
          <w:rFonts w:asciiTheme="majorHAnsi" w:hAnsiTheme="majorHAnsi" w:cstheme="majorHAnsi"/>
          <w:sz w:val="24"/>
          <w:szCs w:val="24"/>
        </w:rPr>
        <w:t>Adjournment:</w:t>
      </w:r>
      <w:r w:rsidR="0086065C">
        <w:rPr>
          <w:rFonts w:asciiTheme="majorHAnsi" w:hAnsiTheme="majorHAnsi" w:cstheme="majorHAnsi"/>
          <w:sz w:val="24"/>
          <w:szCs w:val="24"/>
        </w:rPr>
        <w:t xml:space="preserve"> 6:37pm (called by Rodney, 2</w:t>
      </w:r>
      <w:r w:rsidR="0086065C" w:rsidRPr="0086065C">
        <w:rPr>
          <w:rFonts w:asciiTheme="majorHAnsi" w:hAnsiTheme="majorHAnsi" w:cstheme="majorHAnsi"/>
          <w:sz w:val="24"/>
          <w:szCs w:val="24"/>
          <w:vertAlign w:val="superscript"/>
        </w:rPr>
        <w:t>nd</w:t>
      </w:r>
      <w:r w:rsidR="0086065C">
        <w:rPr>
          <w:rFonts w:asciiTheme="majorHAnsi" w:hAnsiTheme="majorHAnsi" w:cstheme="majorHAnsi"/>
          <w:sz w:val="24"/>
          <w:szCs w:val="24"/>
        </w:rPr>
        <w:t xml:space="preserve"> by Nick)</w:t>
      </w:r>
    </w:p>
    <w:p w14:paraId="7CA26161" w14:textId="2BDED0AA" w:rsidR="4F05FCE7" w:rsidRDefault="4F05FCE7" w:rsidP="117E34E5">
      <w:pPr>
        <w:spacing w:after="0" w:line="240" w:lineRule="auto"/>
        <w:rPr>
          <w:rFonts w:asciiTheme="majorHAnsi" w:hAnsiTheme="majorHAnsi" w:cstheme="majorBidi"/>
          <w:sz w:val="24"/>
          <w:szCs w:val="24"/>
        </w:rPr>
      </w:pPr>
    </w:p>
    <w:p w14:paraId="2792A08E" w14:textId="77777777" w:rsidR="00C643E7" w:rsidRDefault="00C643E7" w:rsidP="117E34E5">
      <w:pPr>
        <w:spacing w:after="0" w:line="240" w:lineRule="auto"/>
        <w:rPr>
          <w:rFonts w:asciiTheme="majorHAnsi" w:hAnsiTheme="majorHAnsi" w:cstheme="majorBidi"/>
          <w:b/>
          <w:bCs/>
          <w:sz w:val="24"/>
          <w:szCs w:val="24"/>
        </w:rPr>
      </w:pPr>
    </w:p>
    <w:p w14:paraId="386C927F" w14:textId="77777777" w:rsidR="00C643E7" w:rsidRDefault="00C643E7" w:rsidP="117E34E5">
      <w:pPr>
        <w:spacing w:after="0" w:line="240" w:lineRule="auto"/>
        <w:rPr>
          <w:rFonts w:asciiTheme="majorHAnsi" w:hAnsiTheme="majorHAnsi" w:cstheme="majorBidi"/>
          <w:b/>
          <w:bCs/>
          <w:sz w:val="24"/>
          <w:szCs w:val="24"/>
        </w:rPr>
      </w:pPr>
    </w:p>
    <w:p w14:paraId="1316346E" w14:textId="77777777" w:rsidR="00C643E7" w:rsidRDefault="00C643E7" w:rsidP="117E34E5">
      <w:pPr>
        <w:spacing w:after="0" w:line="240" w:lineRule="auto"/>
        <w:rPr>
          <w:rFonts w:asciiTheme="majorHAnsi" w:hAnsiTheme="majorHAnsi" w:cstheme="majorBidi"/>
          <w:b/>
          <w:bCs/>
          <w:sz w:val="24"/>
          <w:szCs w:val="24"/>
        </w:rPr>
      </w:pPr>
    </w:p>
    <w:p w14:paraId="74F7D334" w14:textId="77777777" w:rsidR="00C643E7" w:rsidRDefault="00C643E7" w:rsidP="117E34E5">
      <w:pPr>
        <w:spacing w:after="0" w:line="240" w:lineRule="auto"/>
        <w:rPr>
          <w:rFonts w:asciiTheme="majorHAnsi" w:hAnsiTheme="majorHAnsi" w:cstheme="majorBidi"/>
          <w:b/>
          <w:bCs/>
          <w:sz w:val="24"/>
          <w:szCs w:val="24"/>
        </w:rPr>
      </w:pPr>
    </w:p>
    <w:p w14:paraId="4107E0E2" w14:textId="77777777" w:rsidR="00C643E7" w:rsidRDefault="00C643E7" w:rsidP="117E34E5">
      <w:pPr>
        <w:spacing w:after="0" w:line="240" w:lineRule="auto"/>
        <w:rPr>
          <w:rFonts w:asciiTheme="majorHAnsi" w:hAnsiTheme="majorHAnsi" w:cstheme="majorBidi"/>
          <w:b/>
          <w:bCs/>
          <w:sz w:val="24"/>
          <w:szCs w:val="24"/>
        </w:rPr>
      </w:pPr>
    </w:p>
    <w:p w14:paraId="7BC582C7" w14:textId="35BC6AE6" w:rsidR="1E019645" w:rsidRDefault="1E019645" w:rsidP="117E34E5">
      <w:pPr>
        <w:spacing w:after="0" w:line="240" w:lineRule="auto"/>
        <w:rPr>
          <w:rFonts w:asciiTheme="majorHAnsi" w:hAnsiTheme="majorHAnsi" w:cstheme="majorBidi"/>
          <w:b/>
          <w:bCs/>
          <w:sz w:val="24"/>
          <w:szCs w:val="24"/>
        </w:rPr>
      </w:pPr>
      <w:r w:rsidRPr="117E34E5">
        <w:rPr>
          <w:rFonts w:asciiTheme="majorHAnsi" w:hAnsiTheme="majorHAnsi" w:cstheme="majorBidi"/>
          <w:b/>
          <w:bCs/>
          <w:sz w:val="24"/>
          <w:szCs w:val="24"/>
        </w:rPr>
        <w:lastRenderedPageBreak/>
        <w:t>CMYFA Board Meeting Attendance:</w:t>
      </w:r>
    </w:p>
    <w:p w14:paraId="40768A19" w14:textId="2CA99BAA" w:rsidR="1E019645" w:rsidRDefault="1E019645" w:rsidP="117E34E5">
      <w:pPr>
        <w:spacing w:after="0" w:line="240" w:lineRule="auto"/>
        <w:rPr>
          <w:rFonts w:asciiTheme="majorHAnsi" w:hAnsiTheme="majorHAnsi" w:cstheme="majorBidi"/>
          <w:sz w:val="24"/>
          <w:szCs w:val="24"/>
        </w:rPr>
      </w:pPr>
      <w:r w:rsidRPr="117E34E5">
        <w:rPr>
          <w:rFonts w:asciiTheme="majorHAnsi" w:hAnsiTheme="majorHAnsi" w:cstheme="majorBidi"/>
          <w:sz w:val="24"/>
          <w:szCs w:val="24"/>
        </w:rPr>
        <w:t>Justin Corso</w:t>
      </w:r>
    </w:p>
    <w:p w14:paraId="25590723" w14:textId="34EC7756" w:rsidR="1E019645" w:rsidRDefault="1E019645" w:rsidP="117E34E5">
      <w:pPr>
        <w:spacing w:after="0" w:line="240" w:lineRule="auto"/>
        <w:rPr>
          <w:rFonts w:asciiTheme="majorHAnsi" w:hAnsiTheme="majorHAnsi" w:cstheme="majorBidi"/>
          <w:sz w:val="24"/>
          <w:szCs w:val="24"/>
        </w:rPr>
      </w:pPr>
      <w:r w:rsidRPr="117E34E5">
        <w:rPr>
          <w:rFonts w:asciiTheme="majorHAnsi" w:hAnsiTheme="majorHAnsi" w:cstheme="majorBidi"/>
          <w:sz w:val="24"/>
          <w:szCs w:val="24"/>
        </w:rPr>
        <w:t>Jaime Corso</w:t>
      </w:r>
    </w:p>
    <w:p w14:paraId="2C162D09" w14:textId="33A29858" w:rsidR="1E019645" w:rsidRDefault="1E019645" w:rsidP="117E34E5">
      <w:pPr>
        <w:spacing w:after="0" w:line="240" w:lineRule="auto"/>
        <w:rPr>
          <w:rFonts w:asciiTheme="majorHAnsi" w:hAnsiTheme="majorHAnsi" w:cstheme="majorBidi"/>
          <w:sz w:val="24"/>
          <w:szCs w:val="24"/>
        </w:rPr>
      </w:pPr>
      <w:r w:rsidRPr="117E34E5">
        <w:rPr>
          <w:rFonts w:asciiTheme="majorHAnsi" w:hAnsiTheme="majorHAnsi" w:cstheme="majorBidi"/>
          <w:sz w:val="24"/>
          <w:szCs w:val="24"/>
        </w:rPr>
        <w:t>Rose Martin</w:t>
      </w:r>
    </w:p>
    <w:p w14:paraId="0E956714" w14:textId="71333C9A" w:rsidR="1E019645" w:rsidRDefault="1E019645" w:rsidP="117E34E5">
      <w:pPr>
        <w:spacing w:after="0" w:line="240" w:lineRule="auto"/>
        <w:rPr>
          <w:rFonts w:asciiTheme="majorHAnsi" w:hAnsiTheme="majorHAnsi" w:cstheme="majorBidi"/>
          <w:sz w:val="24"/>
          <w:szCs w:val="24"/>
        </w:rPr>
      </w:pPr>
      <w:r w:rsidRPr="117E34E5">
        <w:rPr>
          <w:rFonts w:asciiTheme="majorHAnsi" w:hAnsiTheme="majorHAnsi" w:cstheme="majorBidi"/>
          <w:sz w:val="24"/>
          <w:szCs w:val="24"/>
        </w:rPr>
        <w:t>Mike Martin</w:t>
      </w:r>
    </w:p>
    <w:p w14:paraId="69BBDD67" w14:textId="2F49DF4E" w:rsidR="1E019645" w:rsidRDefault="1E019645" w:rsidP="117E34E5">
      <w:pPr>
        <w:spacing w:after="0" w:line="240" w:lineRule="auto"/>
        <w:rPr>
          <w:rFonts w:asciiTheme="majorHAnsi" w:hAnsiTheme="majorHAnsi" w:cstheme="majorBidi"/>
          <w:sz w:val="24"/>
          <w:szCs w:val="24"/>
        </w:rPr>
      </w:pPr>
      <w:r w:rsidRPr="117E34E5">
        <w:rPr>
          <w:rFonts w:asciiTheme="majorHAnsi" w:hAnsiTheme="majorHAnsi" w:cstheme="majorBidi"/>
          <w:sz w:val="24"/>
          <w:szCs w:val="24"/>
        </w:rPr>
        <w:t>Nicole Skinner</w:t>
      </w:r>
    </w:p>
    <w:p w14:paraId="2BD56C0A" w14:textId="56B2E52C" w:rsidR="1E019645" w:rsidRDefault="1E019645" w:rsidP="117E34E5">
      <w:pPr>
        <w:spacing w:after="0" w:line="240" w:lineRule="auto"/>
        <w:rPr>
          <w:rFonts w:asciiTheme="majorHAnsi" w:hAnsiTheme="majorHAnsi" w:cstheme="majorBidi"/>
          <w:sz w:val="24"/>
          <w:szCs w:val="24"/>
        </w:rPr>
      </w:pPr>
      <w:r w:rsidRPr="117E34E5">
        <w:rPr>
          <w:rFonts w:asciiTheme="majorHAnsi" w:hAnsiTheme="majorHAnsi" w:cstheme="majorBidi"/>
          <w:sz w:val="24"/>
          <w:szCs w:val="24"/>
        </w:rPr>
        <w:t>Brittany Thomas</w:t>
      </w:r>
    </w:p>
    <w:p w14:paraId="5377FAEF" w14:textId="51262E5B" w:rsidR="1E019645" w:rsidRDefault="1E019645" w:rsidP="117E34E5">
      <w:pPr>
        <w:spacing w:after="0" w:line="240" w:lineRule="auto"/>
        <w:rPr>
          <w:rFonts w:asciiTheme="majorHAnsi" w:hAnsiTheme="majorHAnsi" w:cstheme="majorBidi"/>
          <w:sz w:val="24"/>
          <w:szCs w:val="24"/>
        </w:rPr>
      </w:pPr>
      <w:r w:rsidRPr="117E34E5">
        <w:rPr>
          <w:rFonts w:asciiTheme="majorHAnsi" w:hAnsiTheme="majorHAnsi" w:cstheme="majorBidi"/>
          <w:sz w:val="24"/>
          <w:szCs w:val="24"/>
        </w:rPr>
        <w:t>Todd Shulsky</w:t>
      </w:r>
    </w:p>
    <w:p w14:paraId="2C0658ED" w14:textId="09DFED53" w:rsidR="1E019645" w:rsidRDefault="1E019645" w:rsidP="117E34E5">
      <w:pPr>
        <w:spacing w:after="0" w:line="240" w:lineRule="auto"/>
        <w:rPr>
          <w:rFonts w:asciiTheme="majorHAnsi" w:hAnsiTheme="majorHAnsi" w:cstheme="majorBidi"/>
          <w:sz w:val="24"/>
          <w:szCs w:val="24"/>
        </w:rPr>
      </w:pPr>
      <w:r w:rsidRPr="117E34E5">
        <w:rPr>
          <w:rFonts w:asciiTheme="majorHAnsi" w:hAnsiTheme="majorHAnsi" w:cstheme="majorBidi"/>
          <w:sz w:val="24"/>
          <w:szCs w:val="24"/>
        </w:rPr>
        <w:t>Bryan Corkery</w:t>
      </w:r>
    </w:p>
    <w:p w14:paraId="7397C66F" w14:textId="70479144" w:rsidR="1E019645" w:rsidRDefault="1E019645" w:rsidP="117E34E5">
      <w:pPr>
        <w:spacing w:after="0" w:line="240" w:lineRule="auto"/>
        <w:rPr>
          <w:rFonts w:asciiTheme="majorHAnsi" w:hAnsiTheme="majorHAnsi" w:cstheme="majorBidi"/>
          <w:sz w:val="24"/>
          <w:szCs w:val="24"/>
        </w:rPr>
      </w:pPr>
      <w:r w:rsidRPr="117E34E5">
        <w:rPr>
          <w:rFonts w:asciiTheme="majorHAnsi" w:hAnsiTheme="majorHAnsi" w:cstheme="majorBidi"/>
          <w:sz w:val="24"/>
          <w:szCs w:val="24"/>
        </w:rPr>
        <w:t>Brynnly Schwartz</w:t>
      </w:r>
    </w:p>
    <w:p w14:paraId="7C1AED93" w14:textId="0CEED05F" w:rsidR="1E019645" w:rsidRDefault="1E019645" w:rsidP="117E34E5">
      <w:pPr>
        <w:spacing w:after="0" w:line="240" w:lineRule="auto"/>
        <w:rPr>
          <w:rFonts w:asciiTheme="majorHAnsi" w:hAnsiTheme="majorHAnsi" w:cstheme="majorBidi"/>
          <w:sz w:val="24"/>
          <w:szCs w:val="24"/>
        </w:rPr>
      </w:pPr>
      <w:r w:rsidRPr="117E34E5">
        <w:rPr>
          <w:rFonts w:asciiTheme="majorHAnsi" w:hAnsiTheme="majorHAnsi" w:cstheme="majorBidi"/>
          <w:sz w:val="24"/>
          <w:szCs w:val="24"/>
        </w:rPr>
        <w:t>Jeremy Metz</w:t>
      </w:r>
    </w:p>
    <w:p w14:paraId="24E92C9E" w14:textId="706BB24F" w:rsidR="1E019645" w:rsidRDefault="1E019645" w:rsidP="117E34E5">
      <w:pPr>
        <w:spacing w:after="0" w:line="240" w:lineRule="auto"/>
        <w:rPr>
          <w:rFonts w:asciiTheme="majorHAnsi" w:hAnsiTheme="majorHAnsi" w:cstheme="majorBidi"/>
          <w:sz w:val="24"/>
          <w:szCs w:val="24"/>
        </w:rPr>
      </w:pPr>
      <w:r w:rsidRPr="117E34E5">
        <w:rPr>
          <w:rFonts w:asciiTheme="majorHAnsi" w:hAnsiTheme="majorHAnsi" w:cstheme="majorBidi"/>
          <w:sz w:val="24"/>
          <w:szCs w:val="24"/>
        </w:rPr>
        <w:t>Andrew Shinsky</w:t>
      </w:r>
    </w:p>
    <w:p w14:paraId="755030C8" w14:textId="428046FF" w:rsidR="1E019645" w:rsidRDefault="1E019645" w:rsidP="117E34E5">
      <w:pPr>
        <w:spacing w:after="0" w:line="240" w:lineRule="auto"/>
        <w:rPr>
          <w:rFonts w:asciiTheme="majorHAnsi" w:hAnsiTheme="majorHAnsi" w:cstheme="majorBidi"/>
          <w:sz w:val="24"/>
          <w:szCs w:val="24"/>
        </w:rPr>
      </w:pPr>
      <w:r w:rsidRPr="117E34E5">
        <w:rPr>
          <w:rFonts w:asciiTheme="majorHAnsi" w:hAnsiTheme="majorHAnsi" w:cstheme="majorBidi"/>
          <w:sz w:val="24"/>
          <w:szCs w:val="24"/>
        </w:rPr>
        <w:t>Mike Juskowich</w:t>
      </w:r>
    </w:p>
    <w:p w14:paraId="52E09B23" w14:textId="482A1372" w:rsidR="1E019645" w:rsidRDefault="1E019645" w:rsidP="117E34E5">
      <w:pPr>
        <w:spacing w:after="0" w:line="240" w:lineRule="auto"/>
        <w:rPr>
          <w:rFonts w:asciiTheme="majorHAnsi" w:hAnsiTheme="majorHAnsi" w:cstheme="majorBidi"/>
          <w:sz w:val="24"/>
          <w:szCs w:val="24"/>
        </w:rPr>
      </w:pPr>
      <w:r w:rsidRPr="117E34E5">
        <w:rPr>
          <w:rFonts w:asciiTheme="majorHAnsi" w:hAnsiTheme="majorHAnsi" w:cstheme="majorBidi"/>
          <w:sz w:val="24"/>
          <w:szCs w:val="24"/>
        </w:rPr>
        <w:t>Megan Jeremiah</w:t>
      </w:r>
    </w:p>
    <w:p w14:paraId="167E306A" w14:textId="630F0E87" w:rsidR="1E019645" w:rsidRDefault="1E019645" w:rsidP="117E34E5">
      <w:pPr>
        <w:spacing w:after="0" w:line="240" w:lineRule="auto"/>
        <w:rPr>
          <w:rFonts w:asciiTheme="majorHAnsi" w:hAnsiTheme="majorHAnsi" w:cstheme="majorBidi"/>
          <w:sz w:val="24"/>
          <w:szCs w:val="24"/>
        </w:rPr>
      </w:pPr>
      <w:r w:rsidRPr="117E34E5">
        <w:rPr>
          <w:rFonts w:asciiTheme="majorHAnsi" w:hAnsiTheme="majorHAnsi" w:cstheme="majorBidi"/>
          <w:sz w:val="24"/>
          <w:szCs w:val="24"/>
        </w:rPr>
        <w:t>Jamie Mills</w:t>
      </w:r>
    </w:p>
    <w:p w14:paraId="15D9F685" w14:textId="46A5FDFA" w:rsidR="1E019645" w:rsidRDefault="1E019645" w:rsidP="117E34E5">
      <w:pPr>
        <w:spacing w:after="0" w:line="240" w:lineRule="auto"/>
        <w:rPr>
          <w:rFonts w:asciiTheme="majorHAnsi" w:hAnsiTheme="majorHAnsi" w:cstheme="majorBidi"/>
          <w:sz w:val="24"/>
          <w:szCs w:val="24"/>
        </w:rPr>
      </w:pPr>
      <w:r w:rsidRPr="117E34E5">
        <w:rPr>
          <w:rFonts w:asciiTheme="majorHAnsi" w:hAnsiTheme="majorHAnsi" w:cstheme="majorBidi"/>
          <w:sz w:val="24"/>
          <w:szCs w:val="24"/>
        </w:rPr>
        <w:t>Nick Jeremiah</w:t>
      </w:r>
    </w:p>
    <w:p w14:paraId="6A53EE29" w14:textId="1FFBEF55" w:rsidR="1E019645" w:rsidRDefault="1E019645" w:rsidP="117E34E5">
      <w:pPr>
        <w:spacing w:after="0" w:line="240" w:lineRule="auto"/>
        <w:rPr>
          <w:rFonts w:asciiTheme="majorHAnsi" w:hAnsiTheme="majorHAnsi" w:cstheme="majorBidi"/>
          <w:sz w:val="24"/>
          <w:szCs w:val="24"/>
        </w:rPr>
      </w:pPr>
      <w:r w:rsidRPr="117E34E5">
        <w:rPr>
          <w:rFonts w:asciiTheme="majorHAnsi" w:hAnsiTheme="majorHAnsi" w:cstheme="majorBidi"/>
          <w:sz w:val="24"/>
          <w:szCs w:val="24"/>
        </w:rPr>
        <w:t>Rodney Davis</w:t>
      </w:r>
    </w:p>
    <w:p w14:paraId="0630B1D4" w14:textId="5B88904C" w:rsidR="1E019645" w:rsidRDefault="1E019645" w:rsidP="117E34E5">
      <w:pPr>
        <w:spacing w:after="0" w:line="240" w:lineRule="auto"/>
        <w:rPr>
          <w:rFonts w:asciiTheme="majorHAnsi" w:hAnsiTheme="majorHAnsi" w:cstheme="majorBidi"/>
          <w:sz w:val="24"/>
          <w:szCs w:val="24"/>
        </w:rPr>
      </w:pPr>
      <w:r w:rsidRPr="117E34E5">
        <w:rPr>
          <w:rFonts w:asciiTheme="majorHAnsi" w:hAnsiTheme="majorHAnsi" w:cstheme="majorBidi"/>
          <w:sz w:val="24"/>
          <w:szCs w:val="24"/>
        </w:rPr>
        <w:t>Mike McCarthy</w:t>
      </w:r>
    </w:p>
    <w:p w14:paraId="63F8F0A0" w14:textId="047E7634" w:rsidR="1E019645" w:rsidRDefault="1E019645" w:rsidP="117E34E5">
      <w:pPr>
        <w:spacing w:after="0" w:line="240" w:lineRule="auto"/>
        <w:rPr>
          <w:rFonts w:asciiTheme="majorHAnsi" w:hAnsiTheme="majorHAnsi" w:cstheme="majorBidi"/>
          <w:sz w:val="24"/>
          <w:szCs w:val="24"/>
        </w:rPr>
      </w:pPr>
      <w:r w:rsidRPr="117E34E5">
        <w:rPr>
          <w:rFonts w:asciiTheme="majorHAnsi" w:hAnsiTheme="majorHAnsi" w:cstheme="majorBidi"/>
          <w:sz w:val="24"/>
          <w:szCs w:val="24"/>
        </w:rPr>
        <w:t xml:space="preserve">Mike Ronshousen </w:t>
      </w:r>
    </w:p>
    <w:p w14:paraId="777D55DF" w14:textId="1C2BD3FE" w:rsidR="1E019645" w:rsidRDefault="1E019645" w:rsidP="117E34E5">
      <w:pPr>
        <w:spacing w:after="0" w:line="240" w:lineRule="auto"/>
        <w:rPr>
          <w:rFonts w:asciiTheme="majorHAnsi" w:hAnsiTheme="majorHAnsi" w:cstheme="majorBidi"/>
          <w:sz w:val="24"/>
          <w:szCs w:val="24"/>
        </w:rPr>
      </w:pPr>
      <w:r w:rsidRPr="117E34E5">
        <w:rPr>
          <w:rFonts w:asciiTheme="majorHAnsi" w:hAnsiTheme="majorHAnsi" w:cstheme="majorBidi"/>
          <w:sz w:val="24"/>
          <w:szCs w:val="24"/>
        </w:rPr>
        <w:t>Erin Fostyk</w:t>
      </w:r>
    </w:p>
    <w:p w14:paraId="5C98E885" w14:textId="02ED1909" w:rsidR="1E019645" w:rsidRDefault="1E019645" w:rsidP="117E34E5">
      <w:pPr>
        <w:spacing w:after="0" w:line="240" w:lineRule="auto"/>
        <w:rPr>
          <w:rFonts w:asciiTheme="majorHAnsi" w:hAnsiTheme="majorHAnsi" w:cstheme="majorBidi"/>
          <w:sz w:val="24"/>
          <w:szCs w:val="24"/>
        </w:rPr>
      </w:pPr>
      <w:r w:rsidRPr="117E34E5">
        <w:rPr>
          <w:rFonts w:asciiTheme="majorHAnsi" w:hAnsiTheme="majorHAnsi" w:cstheme="majorBidi"/>
          <w:sz w:val="24"/>
          <w:szCs w:val="24"/>
        </w:rPr>
        <w:t>Monnisa Alderson</w:t>
      </w:r>
    </w:p>
    <w:p w14:paraId="137A3751" w14:textId="0770F42C" w:rsidR="1E019645" w:rsidRDefault="1E019645" w:rsidP="117E34E5">
      <w:pPr>
        <w:spacing w:after="0" w:line="240" w:lineRule="auto"/>
        <w:rPr>
          <w:rFonts w:asciiTheme="majorHAnsi" w:hAnsiTheme="majorHAnsi" w:cstheme="majorBidi"/>
          <w:sz w:val="24"/>
          <w:szCs w:val="24"/>
        </w:rPr>
      </w:pPr>
      <w:r w:rsidRPr="117E34E5">
        <w:rPr>
          <w:rFonts w:asciiTheme="majorHAnsi" w:hAnsiTheme="majorHAnsi" w:cstheme="majorBidi"/>
          <w:sz w:val="24"/>
          <w:szCs w:val="24"/>
        </w:rPr>
        <w:t>Thomas Alderson</w:t>
      </w:r>
    </w:p>
    <w:p w14:paraId="2748CFD3" w14:textId="0710E769" w:rsidR="1E019645" w:rsidRDefault="1E019645" w:rsidP="117E34E5">
      <w:pPr>
        <w:spacing w:after="0" w:line="240" w:lineRule="auto"/>
        <w:rPr>
          <w:rFonts w:asciiTheme="majorHAnsi" w:hAnsiTheme="majorHAnsi" w:cstheme="majorBidi"/>
          <w:sz w:val="24"/>
          <w:szCs w:val="24"/>
        </w:rPr>
      </w:pPr>
      <w:r w:rsidRPr="117E34E5">
        <w:rPr>
          <w:rFonts w:asciiTheme="majorHAnsi" w:hAnsiTheme="majorHAnsi" w:cstheme="majorBidi"/>
          <w:sz w:val="24"/>
          <w:szCs w:val="24"/>
        </w:rPr>
        <w:t xml:space="preserve">Matt Cox </w:t>
      </w:r>
    </w:p>
    <w:p w14:paraId="00A8539C" w14:textId="04BDEFB2" w:rsidR="1E019645" w:rsidRDefault="1E019645" w:rsidP="117E34E5">
      <w:pPr>
        <w:spacing w:after="0" w:line="240" w:lineRule="auto"/>
        <w:rPr>
          <w:rFonts w:asciiTheme="majorHAnsi" w:hAnsiTheme="majorHAnsi" w:cstheme="majorBidi"/>
          <w:sz w:val="24"/>
          <w:szCs w:val="24"/>
        </w:rPr>
      </w:pPr>
      <w:r w:rsidRPr="117E34E5">
        <w:rPr>
          <w:rFonts w:asciiTheme="majorHAnsi" w:hAnsiTheme="majorHAnsi" w:cstheme="majorBidi"/>
          <w:sz w:val="24"/>
          <w:szCs w:val="24"/>
        </w:rPr>
        <w:t>Paige Angle</w:t>
      </w:r>
    </w:p>
    <w:p w14:paraId="4B770E55" w14:textId="505C4051" w:rsidR="1E019645" w:rsidRDefault="1E019645" w:rsidP="117E34E5">
      <w:pPr>
        <w:spacing w:after="0" w:line="240" w:lineRule="auto"/>
        <w:rPr>
          <w:rFonts w:asciiTheme="majorHAnsi" w:hAnsiTheme="majorHAnsi" w:cstheme="majorBidi"/>
          <w:sz w:val="24"/>
          <w:szCs w:val="24"/>
        </w:rPr>
      </w:pPr>
      <w:r w:rsidRPr="117E34E5">
        <w:rPr>
          <w:rFonts w:asciiTheme="majorHAnsi" w:hAnsiTheme="majorHAnsi" w:cstheme="majorBidi"/>
          <w:sz w:val="24"/>
          <w:szCs w:val="24"/>
        </w:rPr>
        <w:t>Dave Angle</w:t>
      </w:r>
    </w:p>
    <w:p w14:paraId="28C5B061" w14:textId="436AEB05" w:rsidR="77F89F1B" w:rsidRDefault="77F89F1B" w:rsidP="117E34E5">
      <w:pPr>
        <w:spacing w:after="0" w:line="240" w:lineRule="auto"/>
        <w:rPr>
          <w:rFonts w:asciiTheme="majorHAnsi" w:hAnsiTheme="majorHAnsi" w:cstheme="majorBidi"/>
          <w:sz w:val="24"/>
          <w:szCs w:val="24"/>
        </w:rPr>
      </w:pPr>
      <w:r w:rsidRPr="117E34E5">
        <w:rPr>
          <w:rFonts w:asciiTheme="majorHAnsi" w:hAnsiTheme="majorHAnsi" w:cstheme="majorBidi"/>
          <w:sz w:val="24"/>
          <w:szCs w:val="24"/>
        </w:rPr>
        <w:t>Tammy Sampson</w:t>
      </w:r>
    </w:p>
    <w:sectPr w:rsidR="77F89F1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73E2683"/>
    <w:multiLevelType w:val="hybridMultilevel"/>
    <w:tmpl w:val="41A23A96"/>
    <w:lvl w:ilvl="0" w:tplc="01347F38">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5B1941"/>
    <w:multiLevelType w:val="hybridMultilevel"/>
    <w:tmpl w:val="BA282CD6"/>
    <w:lvl w:ilvl="0" w:tplc="01347F38">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8232E8"/>
    <w:multiLevelType w:val="hybridMultilevel"/>
    <w:tmpl w:val="5128D9B0"/>
    <w:lvl w:ilvl="0" w:tplc="01347F38">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9E5C67"/>
    <w:multiLevelType w:val="hybridMultilevel"/>
    <w:tmpl w:val="5FD86C50"/>
    <w:lvl w:ilvl="0" w:tplc="01347F38">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CF549C"/>
    <w:multiLevelType w:val="hybridMultilevel"/>
    <w:tmpl w:val="2F98678A"/>
    <w:lvl w:ilvl="0" w:tplc="01347F38">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E028A9"/>
    <w:multiLevelType w:val="hybridMultilevel"/>
    <w:tmpl w:val="E5F2FDE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9E02069"/>
    <w:multiLevelType w:val="hybridMultilevel"/>
    <w:tmpl w:val="184EDDBA"/>
    <w:lvl w:ilvl="0" w:tplc="01347F38">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B878FD"/>
    <w:multiLevelType w:val="hybridMultilevel"/>
    <w:tmpl w:val="86B44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7703595">
    <w:abstractNumId w:val="8"/>
  </w:num>
  <w:num w:numId="2" w16cid:durableId="1611088574">
    <w:abstractNumId w:val="6"/>
  </w:num>
  <w:num w:numId="3" w16cid:durableId="1209075531">
    <w:abstractNumId w:val="5"/>
  </w:num>
  <w:num w:numId="4" w16cid:durableId="1576894225">
    <w:abstractNumId w:val="4"/>
  </w:num>
  <w:num w:numId="5" w16cid:durableId="171461216">
    <w:abstractNumId w:val="7"/>
  </w:num>
  <w:num w:numId="6" w16cid:durableId="1328945042">
    <w:abstractNumId w:val="3"/>
  </w:num>
  <w:num w:numId="7" w16cid:durableId="625820815">
    <w:abstractNumId w:val="2"/>
  </w:num>
  <w:num w:numId="8" w16cid:durableId="986517584">
    <w:abstractNumId w:val="1"/>
  </w:num>
  <w:num w:numId="9" w16cid:durableId="2007704248">
    <w:abstractNumId w:val="0"/>
  </w:num>
  <w:num w:numId="10" w16cid:durableId="1274947005">
    <w:abstractNumId w:val="16"/>
  </w:num>
  <w:num w:numId="11" w16cid:durableId="208688433">
    <w:abstractNumId w:val="13"/>
  </w:num>
  <w:num w:numId="12" w16cid:durableId="1294869730">
    <w:abstractNumId w:val="9"/>
  </w:num>
  <w:num w:numId="13" w16cid:durableId="1723021360">
    <w:abstractNumId w:val="12"/>
  </w:num>
  <w:num w:numId="14" w16cid:durableId="1196577865">
    <w:abstractNumId w:val="11"/>
  </w:num>
  <w:num w:numId="15" w16cid:durableId="1550265604">
    <w:abstractNumId w:val="10"/>
  </w:num>
  <w:num w:numId="16" w16cid:durableId="534120036">
    <w:abstractNumId w:val="15"/>
  </w:num>
  <w:num w:numId="17" w16cid:durableId="14369482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6A0E"/>
    <w:rsid w:val="0006063C"/>
    <w:rsid w:val="0009075D"/>
    <w:rsid w:val="000A1D4A"/>
    <w:rsid w:val="0013735A"/>
    <w:rsid w:val="0015074B"/>
    <w:rsid w:val="00190821"/>
    <w:rsid w:val="0029639D"/>
    <w:rsid w:val="002A7161"/>
    <w:rsid w:val="002A77D5"/>
    <w:rsid w:val="002F53E4"/>
    <w:rsid w:val="00315756"/>
    <w:rsid w:val="00326F90"/>
    <w:rsid w:val="003469C5"/>
    <w:rsid w:val="00395FF9"/>
    <w:rsid w:val="003C2915"/>
    <w:rsid w:val="00441FEE"/>
    <w:rsid w:val="00514EBD"/>
    <w:rsid w:val="00533B1F"/>
    <w:rsid w:val="005D70B9"/>
    <w:rsid w:val="006B446C"/>
    <w:rsid w:val="006E1E8D"/>
    <w:rsid w:val="0086065C"/>
    <w:rsid w:val="00970384"/>
    <w:rsid w:val="00A95184"/>
    <w:rsid w:val="00AA1D8D"/>
    <w:rsid w:val="00AE14E2"/>
    <w:rsid w:val="00B238AF"/>
    <w:rsid w:val="00B44516"/>
    <w:rsid w:val="00B47730"/>
    <w:rsid w:val="00B5025D"/>
    <w:rsid w:val="00BC5F76"/>
    <w:rsid w:val="00BD624A"/>
    <w:rsid w:val="00C643E7"/>
    <w:rsid w:val="00CB0664"/>
    <w:rsid w:val="00D21F76"/>
    <w:rsid w:val="00D575CD"/>
    <w:rsid w:val="00E0253F"/>
    <w:rsid w:val="00E649AC"/>
    <w:rsid w:val="00E827AE"/>
    <w:rsid w:val="00F030FD"/>
    <w:rsid w:val="00F46D23"/>
    <w:rsid w:val="00F87537"/>
    <w:rsid w:val="00FC693F"/>
    <w:rsid w:val="00FD52DB"/>
    <w:rsid w:val="117E34E5"/>
    <w:rsid w:val="1E019645"/>
    <w:rsid w:val="4F05FCE7"/>
    <w:rsid w:val="51CFDBBE"/>
    <w:rsid w:val="77F89F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03E744"/>
  <w14:defaultImageDpi w14:val="300"/>
  <w15:docId w15:val="{4DF5F09E-AF43-4D9B-AEBD-248F98AB5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2A716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e7e2a638-66ef-4100-a677-17e0e39de297}" enabled="1" method="Privileged" siteId="{1640f4ce-86c6-44f2-a477-06bd39617e97}"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5</Pages>
  <Words>975</Words>
  <Characters>5563</Characters>
  <Application>Microsoft Office Word</Application>
  <DocSecurity>4</DocSecurity>
  <Lines>46</Lines>
  <Paragraphs>13</Paragraphs>
  <ScaleCrop>false</ScaleCrop>
  <Manager/>
  <Company/>
  <LinksUpToDate>false</LinksUpToDate>
  <CharactersWithSpaces>6525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Jeremiah, Nicholas M.</cp:lastModifiedBy>
  <cp:revision>2</cp:revision>
  <dcterms:created xsi:type="dcterms:W3CDTF">2026-02-25T15:19:00Z</dcterms:created>
  <dcterms:modified xsi:type="dcterms:W3CDTF">2026-02-25T15:19:00Z</dcterms:modified>
  <cp:category/>
</cp:coreProperties>
</file>