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F525D" w14:textId="7A31970B" w:rsidR="00F37D06" w:rsidRPr="00F37D06" w:rsidRDefault="00F37D06" w:rsidP="00F37D06">
      <w:pPr>
        <w:jc w:val="center"/>
      </w:pPr>
      <w:r>
        <w:rPr>
          <w:noProof/>
        </w:rPr>
        <w:drawing>
          <wp:inline distT="0" distB="0" distL="0" distR="0" wp14:anchorId="5B7C81F2" wp14:editId="529211FB">
            <wp:extent cx="2771585" cy="2077085"/>
            <wp:effectExtent l="0" t="0" r="0" b="0"/>
            <wp:docPr id="1219997953" name="Picture 2" descr="A baseball logo with crossed bats and a base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7953" name="Picture 2" descr="A baseball logo with crossed bats and a baseball&#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6110" cy="2080476"/>
                    </a:xfrm>
                    <a:prstGeom prst="rect">
                      <a:avLst/>
                    </a:prstGeom>
                    <a:noFill/>
                    <a:ln>
                      <a:noFill/>
                    </a:ln>
                  </pic:spPr>
                </pic:pic>
              </a:graphicData>
            </a:graphic>
          </wp:inline>
        </w:drawing>
      </w:r>
    </w:p>
    <w:p w14:paraId="39D0B19C" w14:textId="366B13D2" w:rsidR="00D57A00" w:rsidRDefault="00F37D06" w:rsidP="00F37D06">
      <w:pPr>
        <w:pStyle w:val="Heading1"/>
        <w:jc w:val="center"/>
      </w:pPr>
      <w:r w:rsidRPr="00F37D06">
        <w:rPr>
          <w:sz w:val="40"/>
          <w:szCs w:val="40"/>
        </w:rPr>
        <w:t>Sponsorship &amp; Donor Packet</w:t>
      </w:r>
    </w:p>
    <w:p w14:paraId="53C954C0" w14:textId="77777777" w:rsidR="00F37D06" w:rsidRDefault="00F37D06">
      <w:pPr>
        <w:pStyle w:val="Heading1"/>
      </w:pPr>
    </w:p>
    <w:p w14:paraId="3EE1EA4E" w14:textId="77777777" w:rsidR="00F37D06" w:rsidRDefault="00F37D06">
      <w:pPr>
        <w:pStyle w:val="Heading1"/>
      </w:pPr>
    </w:p>
    <w:p w14:paraId="163A736F" w14:textId="6DC52323" w:rsidR="00D57A00" w:rsidRDefault="00000000">
      <w:pPr>
        <w:pStyle w:val="Heading1"/>
      </w:pPr>
      <w:r>
        <w:t>Welcome Letter</w:t>
      </w:r>
    </w:p>
    <w:p w14:paraId="5B6B20EB" w14:textId="1401E280" w:rsidR="00D57A00" w:rsidRDefault="00000000">
      <w:r>
        <w:t>Dear Community Partner,</w:t>
      </w:r>
      <w:r>
        <w:br/>
      </w:r>
      <w:r>
        <w:br/>
        <w:t xml:space="preserve">For over 40 years, Three Rivers Little League (TRLL) has provided youth in the Roaring Fork </w:t>
      </w:r>
      <w:r w:rsidR="00214231">
        <w:t>and Eagle Valleys with</w:t>
      </w:r>
      <w:r>
        <w:t xml:space="preserve"> the opportunity to learn teamwork, sportsmanship, and the love of baseball and softball. Each year, more than 400 local kids step up to the plate thanks to the support of families, volunteers, and community sponsors like you.</w:t>
      </w:r>
      <w:r>
        <w:br/>
      </w:r>
      <w:r>
        <w:br/>
        <w:t>With rising facility costs and the need to keep registration fees affordable, your sponsorship ensures that every child can play, regardless of financial ability. We invite you to join us in making a difference on and off the field.</w:t>
      </w:r>
      <w:r>
        <w:br/>
      </w:r>
      <w:r>
        <w:br/>
        <w:t>With gratitude,</w:t>
      </w:r>
      <w:r>
        <w:br/>
      </w:r>
      <w:r>
        <w:br/>
        <w:t>Three Rivers Little League</w:t>
      </w:r>
      <w:r w:rsidR="00214231">
        <w:t xml:space="preserve"> Board of Directors</w:t>
      </w:r>
    </w:p>
    <w:p w14:paraId="10026A85" w14:textId="3FE77F57" w:rsidR="007B5915" w:rsidRDefault="007B5915" w:rsidP="007B5915">
      <w:r>
        <w:t>PO Box 2184</w:t>
      </w:r>
      <w:r>
        <w:br/>
        <w:t>Glenwood Springs, CO 81602</w:t>
      </w:r>
      <w:r>
        <w:br/>
        <w:t>Email: info@3riverslittleleague.com</w:t>
      </w:r>
      <w:r>
        <w:br/>
        <w:t>Website: www.3riverslittleleague.com</w:t>
      </w:r>
    </w:p>
    <w:p w14:paraId="5C212EC1" w14:textId="77777777" w:rsidR="00D57A00" w:rsidRDefault="00000000">
      <w:pPr>
        <w:pStyle w:val="Heading1"/>
      </w:pPr>
      <w:r>
        <w:lastRenderedPageBreak/>
        <w:t>About Us</w:t>
      </w:r>
    </w:p>
    <w:p w14:paraId="5249C494" w14:textId="77777777" w:rsidR="00214231" w:rsidRDefault="00000000">
      <w:r>
        <w:t xml:space="preserve">Our Mission: </w:t>
      </w:r>
      <w:r w:rsidR="00214231">
        <w:t xml:space="preserve">Three Rivers Little League is dedicated to providing local youth with quality baseball and softball experiences through regular season games, All-Star opportunities, and minimal travel. We emphasize sportsmanship, teamwork, and personal growth, while engaging volunteers and leaders to foster a positive, learning-focused culture. Our goal is for every player to improve their skills, gain knowledge of the game, and grow as individuals, supported by a strong community of families and volunteers. </w:t>
      </w:r>
      <w:r>
        <w:br/>
      </w:r>
    </w:p>
    <w:p w14:paraId="000B925C" w14:textId="08271160" w:rsidR="00D57A00" w:rsidRDefault="00000000">
      <w:r>
        <w:t>Who We Serve: Boys and girls ages</w:t>
      </w:r>
      <w:r w:rsidR="00214231">
        <w:t xml:space="preserve"> 8-14</w:t>
      </w:r>
      <w:r>
        <w:t xml:space="preserve"> across the Roaring Fork </w:t>
      </w:r>
      <w:r w:rsidR="00214231">
        <w:t xml:space="preserve">and Eagle </w:t>
      </w:r>
      <w:r>
        <w:t>Valley</w:t>
      </w:r>
      <w:r w:rsidR="00214231">
        <w:t>s</w:t>
      </w:r>
      <w:r>
        <w:t>.</w:t>
      </w:r>
      <w:r>
        <w:br/>
      </w:r>
      <w:r>
        <w:br/>
        <w:t>Impact:</w:t>
      </w:r>
      <w:r>
        <w:br/>
        <w:t>- Over 400 players each year</w:t>
      </w:r>
      <w:r>
        <w:br/>
        <w:t xml:space="preserve">- Dozens of volunteer coaches </w:t>
      </w:r>
      <w:r>
        <w:br/>
        <w:t xml:space="preserve">- </w:t>
      </w:r>
      <w:r w:rsidR="009107E7">
        <w:t>D</w:t>
      </w:r>
      <w:r>
        <w:t>istrict championship teams</w:t>
      </w:r>
      <w:r>
        <w:br/>
        <w:t>- Lifelong lessons in discipline, friendship, and leadership</w:t>
      </w:r>
    </w:p>
    <w:p w14:paraId="768B5B41" w14:textId="77777777" w:rsidR="007B5915" w:rsidRDefault="007B5915">
      <w:pPr>
        <w:jc w:val="center"/>
      </w:pPr>
    </w:p>
    <w:p w14:paraId="56FA8AA5" w14:textId="7C58D25E" w:rsidR="00D57A00" w:rsidRDefault="00000000">
      <w:pPr>
        <w:jc w:val="center"/>
      </w:pPr>
      <w:r>
        <w:br/>
      </w:r>
      <w:r w:rsidR="00F37D06">
        <w:rPr>
          <w:noProof/>
        </w:rPr>
        <w:drawing>
          <wp:inline distT="0" distB="0" distL="0" distR="0" wp14:anchorId="472C91B3" wp14:editId="4FA64EB1">
            <wp:extent cx="5486400" cy="4114800"/>
            <wp:effectExtent l="0" t="0" r="0" b="0"/>
            <wp:docPr id="1767129574"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29574" name="Picture 3" descr="A group of people posing for a phot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4A5B0C2" w14:textId="77777777" w:rsidR="00D57A00" w:rsidRDefault="00000000">
      <w:r>
        <w:br w:type="page"/>
      </w:r>
    </w:p>
    <w:p w14:paraId="437B01A1" w14:textId="77777777" w:rsidR="00D57A00" w:rsidRDefault="00000000">
      <w:pPr>
        <w:pStyle w:val="Heading1"/>
      </w:pPr>
      <w:r>
        <w:lastRenderedPageBreak/>
        <w:t>Why Your Support Matters</w:t>
      </w:r>
    </w:p>
    <w:p w14:paraId="60FA60B1" w14:textId="075943D8" w:rsidR="00D57A00" w:rsidRDefault="00000000">
      <w:r>
        <w:t>- Field rental fees and maintenance continue to rise</w:t>
      </w:r>
      <w:r w:rsidR="009107E7">
        <w:t xml:space="preserve"> exponentially.</w:t>
      </w:r>
      <w:r>
        <w:br/>
        <w:t>- Equipment, uniforms, and safety gear are essential for every child.</w:t>
      </w:r>
      <w:r>
        <w:br/>
        <w:t>- Keeping registration fees low ensures all families can participate.</w:t>
      </w:r>
      <w:r>
        <w:br/>
        <w:t xml:space="preserve">- Community support allows TRLL to </w:t>
      </w:r>
      <w:r w:rsidR="007B5915">
        <w:t>provide all players with 12 to 20</w:t>
      </w:r>
      <w:r>
        <w:t xml:space="preserve"> games per team and send All-Star teams to tournaments.</w:t>
      </w:r>
    </w:p>
    <w:p w14:paraId="005C5307" w14:textId="1E45A173" w:rsidR="00D57A00" w:rsidRDefault="00000000">
      <w:pPr>
        <w:jc w:val="center"/>
      </w:pPr>
      <w:r>
        <w:br/>
      </w:r>
      <w:r w:rsidR="00F37D06">
        <w:t xml:space="preserve"> </w:t>
      </w:r>
      <w:r w:rsidR="00F37D06">
        <w:rPr>
          <w:noProof/>
        </w:rPr>
        <w:drawing>
          <wp:inline distT="0" distB="0" distL="0" distR="0" wp14:anchorId="6EA08B46" wp14:editId="58D458D4">
            <wp:extent cx="5486400" cy="4114800"/>
            <wp:effectExtent l="0" t="0" r="0" b="0"/>
            <wp:docPr id="960021519" name="Picture 5" descr="A group of boys in baseball uniform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21519" name="Picture 5" descr="A group of boys in baseball uniforms posing for a phot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70E9D628" w14:textId="77777777" w:rsidR="00D57A00" w:rsidRDefault="00000000">
      <w:r>
        <w:br w:type="page"/>
      </w:r>
    </w:p>
    <w:p w14:paraId="55C9B996" w14:textId="77777777" w:rsidR="00D57A00" w:rsidRDefault="00000000">
      <w:pPr>
        <w:pStyle w:val="Heading1"/>
      </w:pPr>
      <w:r>
        <w:lastRenderedPageBreak/>
        <w:t>Sponsorship Opportunities</w:t>
      </w:r>
    </w:p>
    <w:tbl>
      <w:tblPr>
        <w:tblW w:w="0" w:type="auto"/>
        <w:tblLook w:val="04A0" w:firstRow="1" w:lastRow="0" w:firstColumn="1" w:lastColumn="0" w:noHBand="0" w:noVBand="1"/>
      </w:tblPr>
      <w:tblGrid>
        <w:gridCol w:w="2880"/>
        <w:gridCol w:w="2880"/>
        <w:gridCol w:w="2880"/>
      </w:tblGrid>
      <w:tr w:rsidR="00D57A00" w14:paraId="509C29D1" w14:textId="77777777">
        <w:tc>
          <w:tcPr>
            <w:tcW w:w="2880" w:type="dxa"/>
          </w:tcPr>
          <w:p w14:paraId="36E19DDD" w14:textId="77777777" w:rsidR="00D57A00" w:rsidRDefault="00000000">
            <w:r>
              <w:t>Level</w:t>
            </w:r>
          </w:p>
        </w:tc>
        <w:tc>
          <w:tcPr>
            <w:tcW w:w="2880" w:type="dxa"/>
          </w:tcPr>
          <w:p w14:paraId="0871F01F" w14:textId="77777777" w:rsidR="00D57A00" w:rsidRDefault="00000000">
            <w:r>
              <w:t>Contribution</w:t>
            </w:r>
          </w:p>
        </w:tc>
        <w:tc>
          <w:tcPr>
            <w:tcW w:w="2880" w:type="dxa"/>
          </w:tcPr>
          <w:p w14:paraId="161577A8" w14:textId="77777777" w:rsidR="00D57A00" w:rsidRDefault="00000000">
            <w:r>
              <w:t>Benefits</w:t>
            </w:r>
          </w:p>
        </w:tc>
      </w:tr>
      <w:tr w:rsidR="00D57A00" w14:paraId="1218C150" w14:textId="77777777">
        <w:tc>
          <w:tcPr>
            <w:tcW w:w="2880" w:type="dxa"/>
          </w:tcPr>
          <w:p w14:paraId="11FD2333" w14:textId="77777777" w:rsidR="00D57A00" w:rsidRDefault="00000000">
            <w:r>
              <w:t>Grand Slam Sponsor</w:t>
            </w:r>
          </w:p>
        </w:tc>
        <w:tc>
          <w:tcPr>
            <w:tcW w:w="2880" w:type="dxa"/>
          </w:tcPr>
          <w:p w14:paraId="373C2110" w14:textId="77777777" w:rsidR="00D57A00" w:rsidRDefault="00000000">
            <w:r>
              <w:t>$5,000+</w:t>
            </w:r>
          </w:p>
        </w:tc>
        <w:tc>
          <w:tcPr>
            <w:tcW w:w="2880" w:type="dxa"/>
          </w:tcPr>
          <w:p w14:paraId="18CD2BDF" w14:textId="71034A03" w:rsidR="00D57A00" w:rsidRDefault="009041CF">
            <w:r>
              <w:t xml:space="preserve">Linked </w:t>
            </w:r>
            <w:r w:rsidR="004B4080">
              <w:t xml:space="preserve">large </w:t>
            </w:r>
            <w:r>
              <w:t xml:space="preserve">logo on </w:t>
            </w:r>
            <w:r w:rsidR="009107E7">
              <w:t>main page of website</w:t>
            </w:r>
            <w:r>
              <w:br/>
              <w:t>Recognition</w:t>
            </w:r>
            <w:r w:rsidR="009107E7">
              <w:t xml:space="preserve"> Opening Day</w:t>
            </w:r>
            <w:r w:rsidR="00EB7E05">
              <w:t xml:space="preserve"> De</w:t>
            </w:r>
            <w:r w:rsidR="003D5837">
              <w:t>dicated social media post</w:t>
            </w:r>
            <w:r>
              <w:br/>
            </w:r>
          </w:p>
        </w:tc>
      </w:tr>
      <w:tr w:rsidR="00D57A00" w14:paraId="52EF3491" w14:textId="77777777">
        <w:tc>
          <w:tcPr>
            <w:tcW w:w="2880" w:type="dxa"/>
          </w:tcPr>
          <w:p w14:paraId="5ABCCF7C" w14:textId="77777777" w:rsidR="00D57A00" w:rsidRDefault="00000000">
            <w:r>
              <w:t>Home Run Sponsor</w:t>
            </w:r>
          </w:p>
        </w:tc>
        <w:tc>
          <w:tcPr>
            <w:tcW w:w="2880" w:type="dxa"/>
          </w:tcPr>
          <w:p w14:paraId="1870B572" w14:textId="77777777" w:rsidR="00D57A00" w:rsidRDefault="00000000">
            <w:r>
              <w:t>$2,500</w:t>
            </w:r>
          </w:p>
        </w:tc>
        <w:tc>
          <w:tcPr>
            <w:tcW w:w="2880" w:type="dxa"/>
          </w:tcPr>
          <w:p w14:paraId="36ED9162" w14:textId="2C75DB18" w:rsidR="009107E7" w:rsidRDefault="00000000">
            <w:r>
              <w:t>L</w:t>
            </w:r>
            <w:r w:rsidR="004B4080">
              <w:t>arge l</w:t>
            </w:r>
            <w:r>
              <w:t>ogo on website</w:t>
            </w:r>
            <w:r w:rsidR="009041CF">
              <w:t xml:space="preserve"> </w:t>
            </w:r>
            <w:r>
              <w:br/>
              <w:t xml:space="preserve">Recognition at Opening </w:t>
            </w:r>
            <w:r w:rsidR="006D4307">
              <w:t>Da</w:t>
            </w:r>
            <w:r>
              <w:t>y</w:t>
            </w:r>
            <w:r w:rsidR="006D4307">
              <w:t xml:space="preserve"> Social media mentions</w:t>
            </w:r>
          </w:p>
        </w:tc>
      </w:tr>
      <w:tr w:rsidR="00D57A00" w14:paraId="0D722FBB" w14:textId="77777777">
        <w:tc>
          <w:tcPr>
            <w:tcW w:w="2880" w:type="dxa"/>
          </w:tcPr>
          <w:p w14:paraId="3DC081F5" w14:textId="77777777" w:rsidR="00D57A00" w:rsidRDefault="00000000">
            <w:r>
              <w:t>Triple Sponsor</w:t>
            </w:r>
          </w:p>
        </w:tc>
        <w:tc>
          <w:tcPr>
            <w:tcW w:w="2880" w:type="dxa"/>
          </w:tcPr>
          <w:p w14:paraId="1D466155" w14:textId="77777777" w:rsidR="00D57A00" w:rsidRDefault="00000000">
            <w:r>
              <w:t>$1,000</w:t>
            </w:r>
          </w:p>
        </w:tc>
        <w:tc>
          <w:tcPr>
            <w:tcW w:w="2880" w:type="dxa"/>
          </w:tcPr>
          <w:p w14:paraId="3010BEBD" w14:textId="65A8EF6C" w:rsidR="00017D27" w:rsidRDefault="00000000">
            <w:r>
              <w:t>Logo on website</w:t>
            </w:r>
            <w:r>
              <w:br/>
              <w:t>Recognition at Opening Day</w:t>
            </w:r>
            <w:r w:rsidR="00017D27">
              <w:t xml:space="preserve"> Social media mention</w:t>
            </w:r>
          </w:p>
        </w:tc>
      </w:tr>
      <w:tr w:rsidR="00D57A00" w14:paraId="27A1E89F" w14:textId="77777777">
        <w:tc>
          <w:tcPr>
            <w:tcW w:w="2880" w:type="dxa"/>
          </w:tcPr>
          <w:p w14:paraId="709DCEF4" w14:textId="77777777" w:rsidR="00D57A00" w:rsidRDefault="00000000">
            <w:r>
              <w:t>Double Sponsor</w:t>
            </w:r>
          </w:p>
        </w:tc>
        <w:tc>
          <w:tcPr>
            <w:tcW w:w="2880" w:type="dxa"/>
          </w:tcPr>
          <w:p w14:paraId="7119656B" w14:textId="77777777" w:rsidR="00D57A00" w:rsidRDefault="00000000">
            <w:r>
              <w:t>$500</w:t>
            </w:r>
          </w:p>
        </w:tc>
        <w:tc>
          <w:tcPr>
            <w:tcW w:w="2880" w:type="dxa"/>
          </w:tcPr>
          <w:p w14:paraId="7654A098" w14:textId="665B4031" w:rsidR="00D57A00" w:rsidRDefault="00000000">
            <w:r>
              <w:t>Business name on website</w:t>
            </w:r>
            <w:r>
              <w:br/>
            </w:r>
            <w:r w:rsidR="00017D27">
              <w:t>Social media mention</w:t>
            </w:r>
          </w:p>
        </w:tc>
      </w:tr>
      <w:tr w:rsidR="00D57A00" w14:paraId="507877FA" w14:textId="77777777">
        <w:tc>
          <w:tcPr>
            <w:tcW w:w="2880" w:type="dxa"/>
          </w:tcPr>
          <w:p w14:paraId="0965E9EA" w14:textId="77777777" w:rsidR="00D57A00" w:rsidRDefault="00000000">
            <w:r>
              <w:t>Single Sponsor</w:t>
            </w:r>
          </w:p>
        </w:tc>
        <w:tc>
          <w:tcPr>
            <w:tcW w:w="2880" w:type="dxa"/>
          </w:tcPr>
          <w:p w14:paraId="25CB7ACB" w14:textId="77777777" w:rsidR="00D57A00" w:rsidRDefault="00000000">
            <w:r>
              <w:t>$250</w:t>
            </w:r>
          </w:p>
        </w:tc>
        <w:tc>
          <w:tcPr>
            <w:tcW w:w="2880" w:type="dxa"/>
          </w:tcPr>
          <w:p w14:paraId="0A328DD9" w14:textId="6A5BD41D" w:rsidR="00D57A00" w:rsidRDefault="00322354">
            <w:r>
              <w:t>Business name on website</w:t>
            </w:r>
          </w:p>
        </w:tc>
      </w:tr>
    </w:tbl>
    <w:p w14:paraId="3D08BA1C" w14:textId="77777777" w:rsidR="00331009" w:rsidRDefault="00331009"/>
    <w:p w14:paraId="42C41345" w14:textId="58E75084" w:rsidR="007B5915" w:rsidRDefault="00331009">
      <w:r>
        <w:t>In-Kind Donations – Contribute goods, services, or meals for events.</w:t>
      </w:r>
    </w:p>
    <w:p w14:paraId="3EAA7179" w14:textId="77777777" w:rsidR="007B5915" w:rsidRDefault="007B5915"/>
    <w:p w14:paraId="389F89DD" w14:textId="7C4CC9FE" w:rsidR="00D57A00" w:rsidRDefault="007B5915" w:rsidP="007B5915">
      <w:pPr>
        <w:jc w:val="center"/>
      </w:pPr>
      <w:r>
        <w:rPr>
          <w:noProof/>
        </w:rPr>
        <w:drawing>
          <wp:inline distT="0" distB="0" distL="0" distR="0" wp14:anchorId="5D73A168" wp14:editId="797115EE">
            <wp:extent cx="4442460" cy="3331845"/>
            <wp:effectExtent l="0" t="0" r="0" b="1905"/>
            <wp:docPr id="187419225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2258" name="Picture 6" descr="A group of people posing for a photo&#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2460" cy="3331845"/>
                    </a:xfrm>
                    <a:prstGeom prst="rect">
                      <a:avLst/>
                    </a:prstGeom>
                    <a:noFill/>
                    <a:ln>
                      <a:noFill/>
                    </a:ln>
                  </pic:spPr>
                </pic:pic>
              </a:graphicData>
            </a:graphic>
          </wp:inline>
        </w:drawing>
      </w:r>
      <w:r>
        <w:br w:type="page"/>
      </w:r>
    </w:p>
    <w:p w14:paraId="7FE816B4" w14:textId="77777777" w:rsidR="00D57A00" w:rsidRDefault="00000000">
      <w:pPr>
        <w:pStyle w:val="Heading1"/>
      </w:pPr>
      <w:r>
        <w:lastRenderedPageBreak/>
        <w:t>Call to Action</w:t>
      </w:r>
    </w:p>
    <w:p w14:paraId="44DE1989" w14:textId="77777777" w:rsidR="007B5915" w:rsidRDefault="00000000">
      <w:r>
        <w:t>Your sponsorship or donation helps ensure that every child in our community has the chance to play ball.</w:t>
      </w:r>
      <w:r>
        <w:br/>
      </w:r>
      <w:r>
        <w:br/>
        <w:t>Ways to Give:</w:t>
      </w:r>
      <w:r>
        <w:br/>
        <w:t xml:space="preserve">- </w:t>
      </w:r>
      <w:r w:rsidR="00F37D06">
        <w:t xml:space="preserve">Venmo: </w:t>
      </w:r>
      <w:hyperlink r:id="rId10" w:history="1">
        <w:r w:rsidR="00F37D06" w:rsidRPr="00AB1C3B">
          <w:rPr>
            <w:rStyle w:val="Hyperlink"/>
          </w:rPr>
          <w:t>https://account.venmo.com/u/ThreeRiversLittleLeagueCO</w:t>
        </w:r>
      </w:hyperlink>
      <w:r w:rsidR="00F37D06">
        <w:t xml:space="preserve"> </w:t>
      </w:r>
      <w:r w:rsidR="00F37D06" w:rsidRPr="00F37D06">
        <w:rPr>
          <w:noProof/>
        </w:rPr>
        <w:drawing>
          <wp:inline distT="0" distB="0" distL="0" distR="0" wp14:anchorId="243FFA64" wp14:editId="4857C9A1">
            <wp:extent cx="2286198" cy="2263336"/>
            <wp:effectExtent l="0" t="0" r="0" b="3810"/>
            <wp:docPr id="714626074" name="Picture 1" descr="A qr code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26074" name="Picture 1" descr="A qr code with blue dots&#10;&#10;AI-generated content may be incorrect."/>
                    <pic:cNvPicPr/>
                  </pic:nvPicPr>
                  <pic:blipFill>
                    <a:blip r:embed="rId11"/>
                    <a:stretch>
                      <a:fillRect/>
                    </a:stretch>
                  </pic:blipFill>
                  <pic:spPr>
                    <a:xfrm>
                      <a:off x="0" y="0"/>
                      <a:ext cx="2286198" cy="2263336"/>
                    </a:xfrm>
                    <a:prstGeom prst="rect">
                      <a:avLst/>
                    </a:prstGeom>
                  </pic:spPr>
                </pic:pic>
              </a:graphicData>
            </a:graphic>
          </wp:inline>
        </w:drawing>
      </w:r>
      <w:r>
        <w:br/>
        <w:t>- By check: Three Rivers Little League, PO Box 2184, Glenwood Springs, CO 81602</w:t>
      </w:r>
      <w:r>
        <w:br/>
      </w:r>
    </w:p>
    <w:p w14:paraId="1CCBCCFC" w14:textId="77777777" w:rsidR="007B5915" w:rsidRDefault="007B5915"/>
    <w:p w14:paraId="05BBF80C" w14:textId="1786788F" w:rsidR="00D57A00" w:rsidRDefault="007B5915">
      <w:r>
        <w:rPr>
          <w:noProof/>
        </w:rPr>
        <w:drawing>
          <wp:inline distT="0" distB="0" distL="0" distR="0" wp14:anchorId="3906447C" wp14:editId="655ACB75">
            <wp:extent cx="4442460" cy="3335741"/>
            <wp:effectExtent l="0" t="0" r="0" b="0"/>
            <wp:docPr id="172588580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885809" name="Picture 8" descr="A group of people posing for a phot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5474" cy="3345513"/>
                    </a:xfrm>
                    <a:prstGeom prst="rect">
                      <a:avLst/>
                    </a:prstGeom>
                    <a:noFill/>
                    <a:ln>
                      <a:noFill/>
                    </a:ln>
                  </pic:spPr>
                </pic:pic>
              </a:graphicData>
            </a:graphic>
          </wp:inline>
        </w:drawing>
      </w:r>
    </w:p>
    <w:p w14:paraId="38C76804" w14:textId="77777777" w:rsidR="007B5915" w:rsidRDefault="007B5915"/>
    <w:sectPr w:rsidR="007B5915"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2073849760">
    <w:abstractNumId w:val="8"/>
  </w:num>
  <w:num w:numId="2" w16cid:durableId="2128575254">
    <w:abstractNumId w:val="6"/>
  </w:num>
  <w:num w:numId="3" w16cid:durableId="328562847">
    <w:abstractNumId w:val="5"/>
  </w:num>
  <w:num w:numId="4" w16cid:durableId="899705047">
    <w:abstractNumId w:val="4"/>
  </w:num>
  <w:num w:numId="5" w16cid:durableId="149640801">
    <w:abstractNumId w:val="7"/>
  </w:num>
  <w:num w:numId="6" w16cid:durableId="1186212115">
    <w:abstractNumId w:val="3"/>
  </w:num>
  <w:num w:numId="7" w16cid:durableId="968514623">
    <w:abstractNumId w:val="2"/>
  </w:num>
  <w:num w:numId="8" w16cid:durableId="409079186">
    <w:abstractNumId w:val="1"/>
  </w:num>
  <w:num w:numId="9" w16cid:durableId="422653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7D27"/>
    <w:rsid w:val="00034616"/>
    <w:rsid w:val="0006063C"/>
    <w:rsid w:val="000B443B"/>
    <w:rsid w:val="0015074B"/>
    <w:rsid w:val="00214231"/>
    <w:rsid w:val="0029639D"/>
    <w:rsid w:val="00322354"/>
    <w:rsid w:val="00326F90"/>
    <w:rsid w:val="00331009"/>
    <w:rsid w:val="003D5837"/>
    <w:rsid w:val="004B4080"/>
    <w:rsid w:val="00632748"/>
    <w:rsid w:val="006D4307"/>
    <w:rsid w:val="007B5915"/>
    <w:rsid w:val="009041CF"/>
    <w:rsid w:val="009107E7"/>
    <w:rsid w:val="009E4341"/>
    <w:rsid w:val="00A34A39"/>
    <w:rsid w:val="00AA1D8D"/>
    <w:rsid w:val="00B47730"/>
    <w:rsid w:val="00CB0664"/>
    <w:rsid w:val="00D57A00"/>
    <w:rsid w:val="00D93FF4"/>
    <w:rsid w:val="00EB7E05"/>
    <w:rsid w:val="00F37D0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EF6EAE"/>
  <w14:defaultImageDpi w14:val="300"/>
  <w15:docId w15:val="{A4C67ACD-2687-4ADF-938D-BFF14A6A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F37D06"/>
    <w:rPr>
      <w:color w:val="0000FF" w:themeColor="hyperlink"/>
      <w:u w:val="single"/>
    </w:rPr>
  </w:style>
  <w:style w:type="character" w:styleId="UnresolvedMention">
    <w:name w:val="Unresolved Mention"/>
    <w:basedOn w:val="DefaultParagraphFont"/>
    <w:uiPriority w:val="99"/>
    <w:semiHidden/>
    <w:unhideWhenUsed/>
    <w:rsid w:val="00F37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account.venmo.com/u/ThreeRiversLittleLeagueC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426</Words>
  <Characters>2432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Kari Marino</cp:lastModifiedBy>
  <cp:revision>13</cp:revision>
  <dcterms:created xsi:type="dcterms:W3CDTF">2025-10-02T22:51:00Z</dcterms:created>
  <dcterms:modified xsi:type="dcterms:W3CDTF">2025-11-03T22:00:00Z</dcterms:modified>
  <cp:category/>
</cp:coreProperties>
</file>